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679F6C" w14:textId="77777777" w:rsidR="005B4C81" w:rsidRDefault="002A70C6">
      <w:pPr>
        <w:spacing w:after="20"/>
      </w:pPr>
      <w:r>
        <w:t>様式第１号</w:t>
      </w:r>
    </w:p>
    <w:p w14:paraId="4F5BB97E" w14:textId="77777777" w:rsidR="005B4C81" w:rsidRDefault="002A70C6">
      <w:pPr>
        <w:spacing w:after="0"/>
        <w:jc w:val="center"/>
      </w:pPr>
      <w:r>
        <w:rPr>
          <w:sz w:val="30"/>
        </w:rPr>
        <w:t>補助金等交付申請書</w:t>
      </w:r>
    </w:p>
    <w:p w14:paraId="0CE7F227" w14:textId="77777777" w:rsidR="005B4C81" w:rsidRPr="00767353" w:rsidRDefault="002A70C6" w:rsidP="00767353">
      <w:pPr>
        <w:spacing w:after="0" w:line="180" w:lineRule="auto"/>
        <w:jc w:val="right"/>
        <w:rPr>
          <w:sz w:val="21"/>
        </w:rPr>
      </w:pPr>
      <w:r w:rsidRPr="00767353">
        <w:rPr>
          <w:sz w:val="21"/>
        </w:rPr>
        <w:t>第　　　　号</w:t>
      </w:r>
      <w:r w:rsidRPr="00767353">
        <w:rPr>
          <w:sz w:val="21"/>
        </w:rPr>
        <w:br/>
        <w:t>令和　　年　　月　　日</w:t>
      </w:r>
    </w:p>
    <w:p w14:paraId="66204BF7" w14:textId="140AF15B" w:rsidR="00F5202F" w:rsidRPr="00767353" w:rsidRDefault="00F5202F">
      <w:pPr>
        <w:spacing w:before="40" w:after="20"/>
        <w:rPr>
          <w:sz w:val="21"/>
          <w:lang w:eastAsia="ja-JP"/>
        </w:rPr>
      </w:pPr>
      <w:r w:rsidRPr="00767353">
        <w:rPr>
          <w:rFonts w:hint="eastAsia"/>
          <w:sz w:val="21"/>
          <w:lang w:eastAsia="ja-JP"/>
        </w:rPr>
        <w:t>神　戸　市　長　宛</w:t>
      </w:r>
    </w:p>
    <w:p w14:paraId="7FF462A8" w14:textId="2F311FCC" w:rsidR="00F5202F" w:rsidRPr="00767353" w:rsidRDefault="00767353" w:rsidP="00941809">
      <w:pPr>
        <w:spacing w:before="40" w:after="20" w:line="240" w:lineRule="auto"/>
        <w:rPr>
          <w:sz w:val="21"/>
          <w:lang w:eastAsia="ja-JP"/>
        </w:rPr>
      </w:pPr>
      <w:r>
        <w:rPr>
          <w:rFonts w:hint="eastAsia"/>
          <w:sz w:val="18"/>
          <w:lang w:eastAsia="ja-JP"/>
        </w:rPr>
        <w:t xml:space="preserve">　　　　　　　　　　　　　　　　　　　　　　　　　</w:t>
      </w:r>
      <w:r w:rsidR="00F5202F">
        <w:rPr>
          <w:rFonts w:hint="eastAsia"/>
          <w:sz w:val="18"/>
          <w:lang w:eastAsia="ja-JP"/>
        </w:rPr>
        <w:t xml:space="preserve">　</w:t>
      </w:r>
      <w:r w:rsidR="00F5202F" w:rsidRPr="00767353">
        <w:rPr>
          <w:rFonts w:hint="eastAsia"/>
          <w:sz w:val="21"/>
          <w:lang w:eastAsia="ja-JP"/>
        </w:rPr>
        <w:t>（申請者）</w:t>
      </w:r>
    </w:p>
    <w:p w14:paraId="05E9956B" w14:textId="59D4C0DE" w:rsidR="00F5202F" w:rsidRPr="00767353" w:rsidRDefault="00767353" w:rsidP="00941809">
      <w:pPr>
        <w:spacing w:before="40" w:after="20" w:line="240" w:lineRule="auto"/>
        <w:rPr>
          <w:sz w:val="21"/>
          <w:lang w:eastAsia="ja-JP"/>
        </w:rPr>
      </w:pPr>
      <w:r>
        <w:rPr>
          <w:rFonts w:hint="eastAsia"/>
          <w:sz w:val="21"/>
          <w:lang w:eastAsia="ja-JP"/>
        </w:rPr>
        <w:t xml:space="preserve">　　　　　　　　　　　　　　　　　　　　　　　 </w:t>
      </w:r>
      <w:r>
        <w:rPr>
          <w:sz w:val="21"/>
          <w:lang w:eastAsia="ja-JP"/>
        </w:rPr>
        <w:t xml:space="preserve"> </w:t>
      </w:r>
      <w:r w:rsidR="00F5202F" w:rsidRPr="00767353">
        <w:rPr>
          <w:rFonts w:hint="eastAsia"/>
          <w:sz w:val="21"/>
          <w:lang w:eastAsia="ja-JP"/>
        </w:rPr>
        <w:t>住所</w:t>
      </w:r>
    </w:p>
    <w:p w14:paraId="305119D6" w14:textId="1F7839C2" w:rsidR="00F5202F" w:rsidRPr="00767353" w:rsidRDefault="00767353" w:rsidP="00941809">
      <w:pPr>
        <w:spacing w:before="40" w:after="20" w:line="240" w:lineRule="auto"/>
        <w:rPr>
          <w:sz w:val="21"/>
          <w:lang w:eastAsia="ja-JP"/>
        </w:rPr>
      </w:pPr>
      <w:r>
        <w:rPr>
          <w:sz w:val="21"/>
          <w:lang w:eastAsia="ja-JP"/>
        </w:rPr>
        <w:tab/>
      </w:r>
      <w:r>
        <w:rPr>
          <w:sz w:val="21"/>
          <w:lang w:eastAsia="ja-JP"/>
        </w:rPr>
        <w:tab/>
      </w:r>
      <w:r>
        <w:rPr>
          <w:sz w:val="21"/>
          <w:lang w:eastAsia="ja-JP"/>
        </w:rPr>
        <w:tab/>
      </w:r>
      <w:r>
        <w:rPr>
          <w:sz w:val="21"/>
          <w:lang w:eastAsia="ja-JP"/>
        </w:rPr>
        <w:tab/>
      </w:r>
      <w:r>
        <w:rPr>
          <w:sz w:val="21"/>
          <w:lang w:eastAsia="ja-JP"/>
        </w:rPr>
        <w:tab/>
      </w:r>
      <w:r>
        <w:rPr>
          <w:sz w:val="21"/>
          <w:lang w:eastAsia="ja-JP"/>
        </w:rPr>
        <w:tab/>
      </w:r>
      <w:r>
        <w:rPr>
          <w:rFonts w:hint="eastAsia"/>
          <w:sz w:val="21"/>
          <w:lang w:eastAsia="ja-JP"/>
        </w:rPr>
        <w:t xml:space="preserve">　　</w:t>
      </w:r>
      <w:r w:rsidR="00F5202F" w:rsidRPr="00767353">
        <w:rPr>
          <w:rFonts w:hint="eastAsia"/>
          <w:sz w:val="21"/>
          <w:lang w:eastAsia="ja-JP"/>
        </w:rPr>
        <w:t xml:space="preserve">　氏名</w:t>
      </w:r>
    </w:p>
    <w:p w14:paraId="68BFB628" w14:textId="480AD1CB" w:rsidR="00F5202F" w:rsidRPr="00767353" w:rsidRDefault="00767353" w:rsidP="00941809">
      <w:pPr>
        <w:spacing w:before="40" w:after="20" w:line="240" w:lineRule="auto"/>
        <w:rPr>
          <w:sz w:val="21"/>
          <w:lang w:eastAsia="ja-JP"/>
        </w:rPr>
      </w:pPr>
      <w:r>
        <w:rPr>
          <w:sz w:val="21"/>
          <w:lang w:eastAsia="ja-JP"/>
        </w:rPr>
        <w:tab/>
      </w:r>
      <w:r>
        <w:rPr>
          <w:sz w:val="21"/>
          <w:lang w:eastAsia="ja-JP"/>
        </w:rPr>
        <w:tab/>
      </w:r>
      <w:r>
        <w:rPr>
          <w:sz w:val="21"/>
          <w:lang w:eastAsia="ja-JP"/>
        </w:rPr>
        <w:tab/>
      </w:r>
      <w:r>
        <w:rPr>
          <w:sz w:val="21"/>
          <w:lang w:eastAsia="ja-JP"/>
        </w:rPr>
        <w:tab/>
      </w:r>
      <w:r>
        <w:rPr>
          <w:sz w:val="21"/>
          <w:lang w:eastAsia="ja-JP"/>
        </w:rPr>
        <w:tab/>
      </w:r>
      <w:r>
        <w:rPr>
          <w:sz w:val="21"/>
          <w:lang w:eastAsia="ja-JP"/>
        </w:rPr>
        <w:tab/>
      </w:r>
      <w:r>
        <w:rPr>
          <w:rFonts w:hint="eastAsia"/>
          <w:sz w:val="21"/>
          <w:lang w:eastAsia="ja-JP"/>
        </w:rPr>
        <w:t xml:space="preserve">　　</w:t>
      </w:r>
      <w:r w:rsidR="00F5202F" w:rsidRPr="00767353">
        <w:rPr>
          <w:rFonts w:hint="eastAsia"/>
          <w:sz w:val="21"/>
          <w:lang w:eastAsia="ja-JP"/>
        </w:rPr>
        <w:t xml:space="preserve">　電話番号　（　　　）　　　　―</w:t>
      </w:r>
    </w:p>
    <w:p w14:paraId="0372462D" w14:textId="04A54282" w:rsidR="00F5202F" w:rsidRDefault="00767353" w:rsidP="00941809">
      <w:pPr>
        <w:spacing w:before="40" w:after="20" w:line="240" w:lineRule="auto"/>
        <w:rPr>
          <w:sz w:val="21"/>
          <w:lang w:eastAsia="ja-JP"/>
        </w:rPr>
      </w:pPr>
      <w:r>
        <w:rPr>
          <w:sz w:val="21"/>
          <w:lang w:eastAsia="ja-JP"/>
        </w:rPr>
        <w:tab/>
      </w:r>
      <w:r>
        <w:rPr>
          <w:sz w:val="21"/>
          <w:lang w:eastAsia="ja-JP"/>
        </w:rPr>
        <w:tab/>
      </w:r>
      <w:r>
        <w:rPr>
          <w:sz w:val="21"/>
          <w:lang w:eastAsia="ja-JP"/>
        </w:rPr>
        <w:tab/>
      </w:r>
      <w:r>
        <w:rPr>
          <w:sz w:val="21"/>
          <w:lang w:eastAsia="ja-JP"/>
        </w:rPr>
        <w:tab/>
      </w:r>
      <w:r>
        <w:rPr>
          <w:sz w:val="21"/>
          <w:lang w:eastAsia="ja-JP"/>
        </w:rPr>
        <w:tab/>
      </w:r>
      <w:r>
        <w:rPr>
          <w:sz w:val="21"/>
          <w:lang w:eastAsia="ja-JP"/>
        </w:rPr>
        <w:tab/>
      </w:r>
      <w:r>
        <w:rPr>
          <w:rFonts w:hint="eastAsia"/>
          <w:sz w:val="21"/>
          <w:lang w:eastAsia="ja-JP"/>
        </w:rPr>
        <w:t xml:space="preserve">　　</w:t>
      </w:r>
      <w:r w:rsidR="00F5202F" w:rsidRPr="00767353">
        <w:rPr>
          <w:rFonts w:hint="eastAsia"/>
          <w:sz w:val="21"/>
          <w:lang w:eastAsia="ja-JP"/>
        </w:rPr>
        <w:t xml:space="preserve">　e-mail</w:t>
      </w:r>
    </w:p>
    <w:p w14:paraId="2BADCF6D" w14:textId="77777777" w:rsidR="00767353" w:rsidRPr="00767353" w:rsidRDefault="00767353" w:rsidP="00941809">
      <w:pPr>
        <w:spacing w:before="40" w:after="20" w:line="240" w:lineRule="auto"/>
        <w:rPr>
          <w:sz w:val="21"/>
          <w:lang w:eastAsia="ja-JP"/>
        </w:rPr>
      </w:pPr>
    </w:p>
    <w:p w14:paraId="5BDA00D6" w14:textId="1457B2C7" w:rsidR="005B4C81" w:rsidRPr="00767353" w:rsidRDefault="002A70C6" w:rsidP="00767353">
      <w:pPr>
        <w:spacing w:before="40" w:after="20" w:line="180" w:lineRule="auto"/>
        <w:ind w:firstLineChars="100" w:firstLine="210"/>
        <w:rPr>
          <w:sz w:val="21"/>
          <w:lang w:eastAsia="ja-JP"/>
        </w:rPr>
      </w:pPr>
      <w:r w:rsidRPr="00767353">
        <w:rPr>
          <w:sz w:val="21"/>
          <w:lang w:eastAsia="ja-JP"/>
        </w:rPr>
        <w:t>下記の事業について、経済観光局農政関係所管補助金等の交付に関する要綱第５条の規定により補助金等の交付を受けたいので、関係書類を添え下記のとおり申請します。</w:t>
      </w:r>
    </w:p>
    <w:p w14:paraId="555EF240" w14:textId="77777777" w:rsidR="005B4C81" w:rsidRDefault="002A70C6">
      <w:pPr>
        <w:spacing w:after="0"/>
        <w:jc w:val="center"/>
      </w:pPr>
      <w:r>
        <w:t>記</w:t>
      </w: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1984"/>
        <w:gridCol w:w="3175"/>
        <w:gridCol w:w="907"/>
        <w:gridCol w:w="3118"/>
      </w:tblGrid>
      <w:tr w:rsidR="005B4C81" w14:paraId="06A67643" w14:textId="77777777" w:rsidTr="002A70C6">
        <w:trPr>
          <w:jc w:val="center"/>
        </w:trPr>
        <w:tc>
          <w:tcPr>
            <w:tcW w:w="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680594B" w14:textId="77777777" w:rsidR="005B4C81" w:rsidRDefault="002A70C6">
            <w:pPr>
              <w:spacing w:after="0"/>
              <w:jc w:val="center"/>
            </w:pPr>
            <w:r>
              <w:t>事</w:t>
            </w:r>
            <w:r>
              <w:br/>
              <w:t>業</w:t>
            </w:r>
            <w:r>
              <w:br/>
              <w:t>概</w:t>
            </w:r>
            <w:r>
              <w:br/>
              <w:t>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4EE5621" w14:textId="77777777" w:rsidR="005B4C81" w:rsidRDefault="002A70C6">
            <w:pPr>
              <w:spacing w:after="0"/>
              <w:jc w:val="center"/>
            </w:pPr>
            <w:r w:rsidRPr="002A70C6">
              <w:rPr>
                <w:sz w:val="18"/>
              </w:rPr>
              <w:t>事業名</w:t>
            </w:r>
          </w:p>
        </w:tc>
        <w:tc>
          <w:tcPr>
            <w:tcW w:w="7200" w:type="dxa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66B1F8E" w14:textId="43DEA2AC" w:rsidR="005B4C81" w:rsidRDefault="005B4C81">
            <w:pPr>
              <w:spacing w:after="0"/>
              <w:rPr>
                <w:lang w:eastAsia="ja-JP"/>
              </w:rPr>
            </w:pPr>
          </w:p>
        </w:tc>
      </w:tr>
      <w:tr w:rsidR="005B4C81" w14:paraId="2988B0C9" w14:textId="77777777" w:rsidTr="002A70C6">
        <w:trPr>
          <w:jc w:val="center"/>
        </w:trPr>
        <w:tc>
          <w:tcPr>
            <w:tcW w:w="453" w:type="dxa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9C91" w14:textId="77777777" w:rsidR="005B4C81" w:rsidRDefault="005B4C81"/>
        </w:tc>
        <w:tc>
          <w:tcPr>
            <w:tcW w:w="1984" w:type="dxa"/>
            <w:tcBorders>
              <w:left w:val="single" w:sz="4" w:space="0" w:color="auto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A6A314D" w14:textId="77777777" w:rsidR="005B4C81" w:rsidRDefault="002A70C6">
            <w:pPr>
              <w:spacing w:after="0"/>
              <w:jc w:val="center"/>
            </w:pPr>
            <w:r w:rsidRPr="002A70C6">
              <w:rPr>
                <w:sz w:val="18"/>
              </w:rPr>
              <w:t>事業実施場所</w:t>
            </w:r>
          </w:p>
        </w:tc>
        <w:tc>
          <w:tcPr>
            <w:tcW w:w="7200" w:type="dxa"/>
            <w:gridSpan w:val="3"/>
            <w:tcBorders>
              <w:right w:val="single" w:sz="4" w:space="0" w:color="auto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6F253E1" w14:textId="461885DC" w:rsidR="005B4C81" w:rsidRDefault="005B4C81">
            <w:pPr>
              <w:spacing w:after="0"/>
              <w:rPr>
                <w:lang w:eastAsia="ja-JP"/>
              </w:rPr>
            </w:pPr>
          </w:p>
        </w:tc>
      </w:tr>
      <w:tr w:rsidR="00767353" w14:paraId="4232AD6E" w14:textId="77777777" w:rsidTr="002A70C6">
        <w:trPr>
          <w:jc w:val="center"/>
        </w:trPr>
        <w:tc>
          <w:tcPr>
            <w:tcW w:w="453" w:type="dxa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5647" w14:textId="77777777" w:rsidR="00767353" w:rsidRDefault="00767353"/>
        </w:tc>
        <w:tc>
          <w:tcPr>
            <w:tcW w:w="1984" w:type="dxa"/>
            <w:tcBorders>
              <w:left w:val="single" w:sz="4" w:space="0" w:color="auto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416BCC1" w14:textId="62529F17" w:rsidR="00767353" w:rsidRDefault="00767353">
            <w:pPr>
              <w:spacing w:after="0"/>
              <w:jc w:val="center"/>
              <w:rPr>
                <w:sz w:val="18"/>
              </w:rPr>
            </w:pPr>
            <w:r w:rsidRPr="002A70C6">
              <w:rPr>
                <w:sz w:val="18"/>
              </w:rPr>
              <w:t>事業目的・内容</w:t>
            </w:r>
          </w:p>
        </w:tc>
        <w:tc>
          <w:tcPr>
            <w:tcW w:w="7200" w:type="dxa"/>
            <w:gridSpan w:val="3"/>
            <w:tcBorders>
              <w:right w:val="single" w:sz="4" w:space="0" w:color="auto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7542596" w14:textId="77777777" w:rsidR="00767353" w:rsidRDefault="00767353">
            <w:pPr>
              <w:spacing w:after="0"/>
              <w:rPr>
                <w:lang w:eastAsia="ja-JP"/>
              </w:rPr>
            </w:pPr>
          </w:p>
        </w:tc>
      </w:tr>
      <w:tr w:rsidR="00767353" w14:paraId="1661ED06" w14:textId="77777777" w:rsidTr="002A70C6">
        <w:trPr>
          <w:trHeight w:val="2558"/>
          <w:jc w:val="center"/>
        </w:trPr>
        <w:tc>
          <w:tcPr>
            <w:tcW w:w="453" w:type="dxa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E4E2" w14:textId="77777777" w:rsidR="00767353" w:rsidRDefault="00767353"/>
        </w:tc>
        <w:tc>
          <w:tcPr>
            <w:tcW w:w="1984" w:type="dxa"/>
            <w:tcBorders>
              <w:left w:val="single" w:sz="4" w:space="0" w:color="auto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043B873" w14:textId="1DA664CB" w:rsidR="00767353" w:rsidRDefault="00767353">
            <w:pPr>
              <w:spacing w:after="0"/>
              <w:jc w:val="center"/>
            </w:pPr>
            <w:r w:rsidRPr="002A70C6">
              <w:rPr>
                <w:rFonts w:hint="eastAsia"/>
                <w:sz w:val="18"/>
                <w:lang w:eastAsia="ja-JP"/>
              </w:rPr>
              <w:t>事業目的・内容</w:t>
            </w:r>
          </w:p>
        </w:tc>
        <w:tc>
          <w:tcPr>
            <w:tcW w:w="7200" w:type="dxa"/>
            <w:gridSpan w:val="3"/>
            <w:tcBorders>
              <w:right w:val="single" w:sz="4" w:space="0" w:color="auto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107E17B" w14:textId="2AA823BD" w:rsidR="00767353" w:rsidRDefault="00767353" w:rsidP="00767353">
            <w:pPr>
              <w:spacing w:after="0"/>
              <w:rPr>
                <w:lang w:eastAsia="ja-JP"/>
              </w:rPr>
            </w:pPr>
            <w:r>
              <w:rPr>
                <w:sz w:val="18"/>
                <w:lang w:eastAsia="ja-JP"/>
              </w:rPr>
              <w:t xml:space="preserve">　　　　　　　　　</w:t>
            </w:r>
          </w:p>
        </w:tc>
      </w:tr>
      <w:tr w:rsidR="00767353" w14:paraId="62E0A16F" w14:textId="77777777" w:rsidTr="002A70C6">
        <w:trPr>
          <w:jc w:val="center"/>
        </w:trPr>
        <w:tc>
          <w:tcPr>
            <w:tcW w:w="453" w:type="dxa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C1A4" w14:textId="77777777" w:rsidR="00767353" w:rsidRDefault="00767353">
            <w:pPr>
              <w:rPr>
                <w:lang w:eastAsia="ja-JP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7E78ED7" w14:textId="4041F064" w:rsidR="00767353" w:rsidRDefault="00767353">
            <w:pPr>
              <w:spacing w:after="0"/>
              <w:jc w:val="center"/>
            </w:pPr>
            <w:r w:rsidRPr="002A70C6">
              <w:rPr>
                <w:sz w:val="18"/>
              </w:rPr>
              <w:t>交付申請額</w:t>
            </w:r>
          </w:p>
        </w:tc>
        <w:tc>
          <w:tcPr>
            <w:tcW w:w="7200" w:type="dxa"/>
            <w:gridSpan w:val="3"/>
            <w:tcBorders>
              <w:right w:val="single" w:sz="4" w:space="0" w:color="auto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95F94E9" w14:textId="0DAFC1BD" w:rsidR="00767353" w:rsidRDefault="00767353" w:rsidP="00767353">
            <w:pPr>
              <w:spacing w:after="0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 xml:space="preserve">　　　　　　　　　　　　　　　　</w:t>
            </w:r>
            <w:r>
              <w:rPr>
                <w:sz w:val="18"/>
                <w:lang w:eastAsia="ja-JP"/>
              </w:rPr>
              <w:t xml:space="preserve">　円（消費税及び地方消費税を含む／含まない）</w:t>
            </w:r>
          </w:p>
        </w:tc>
      </w:tr>
      <w:tr w:rsidR="00767353" w14:paraId="3D45C5E2" w14:textId="77777777" w:rsidTr="002A70C6">
        <w:trPr>
          <w:trHeight w:val="302"/>
          <w:jc w:val="center"/>
        </w:trPr>
        <w:tc>
          <w:tcPr>
            <w:tcW w:w="453" w:type="dxa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03A7" w14:textId="77777777" w:rsidR="00767353" w:rsidRDefault="00767353" w:rsidP="00767353">
            <w:pPr>
              <w:rPr>
                <w:lang w:eastAsia="ja-JP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EFEFFD2" w14:textId="6104A3D7" w:rsidR="00767353" w:rsidRDefault="00767353" w:rsidP="00767353">
            <w:pPr>
              <w:spacing w:after="0"/>
              <w:jc w:val="center"/>
            </w:pPr>
            <w:r w:rsidRPr="002A70C6">
              <w:rPr>
                <w:sz w:val="18"/>
              </w:rPr>
              <w:t>事業着手予定</w:t>
            </w:r>
          </w:p>
        </w:tc>
        <w:tc>
          <w:tcPr>
            <w:tcW w:w="7200" w:type="dxa"/>
            <w:gridSpan w:val="3"/>
            <w:tcBorders>
              <w:right w:val="single" w:sz="4" w:space="0" w:color="auto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7A9198B" w14:textId="659EFE73" w:rsidR="00767353" w:rsidRDefault="00767353" w:rsidP="00767353">
            <w:pPr>
              <w:spacing w:after="0"/>
              <w:rPr>
                <w:lang w:eastAsia="ja-JP"/>
              </w:rPr>
            </w:pPr>
            <w:r>
              <w:rPr>
                <w:sz w:val="18"/>
                <w:lang w:eastAsia="ja-JP"/>
              </w:rPr>
              <w:t>□本申請書に対する市交付決定日と同日から　　□令和　　年　　月　　日</w:t>
            </w:r>
          </w:p>
        </w:tc>
      </w:tr>
      <w:tr w:rsidR="00767353" w14:paraId="3EFCFC74" w14:textId="77777777" w:rsidTr="002A70C6">
        <w:trPr>
          <w:jc w:val="center"/>
        </w:trPr>
        <w:tc>
          <w:tcPr>
            <w:tcW w:w="453" w:type="dxa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4785" w14:textId="77777777" w:rsidR="00767353" w:rsidRDefault="00767353" w:rsidP="00767353">
            <w:pPr>
              <w:rPr>
                <w:lang w:eastAsia="ja-JP"/>
              </w:rPr>
            </w:pPr>
          </w:p>
        </w:tc>
        <w:tc>
          <w:tcPr>
            <w:tcW w:w="198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35579AF" w14:textId="630E06B2" w:rsidR="00767353" w:rsidRDefault="00767353" w:rsidP="00767353">
            <w:pPr>
              <w:spacing w:after="0"/>
              <w:jc w:val="center"/>
            </w:pPr>
            <w:r w:rsidRPr="002A70C6">
              <w:rPr>
                <w:sz w:val="18"/>
              </w:rPr>
              <w:t>事業完了予定</w:t>
            </w:r>
          </w:p>
        </w:tc>
        <w:tc>
          <w:tcPr>
            <w:tcW w:w="7200" w:type="dxa"/>
            <w:gridSpan w:val="3"/>
            <w:tcBorders>
              <w:right w:val="single" w:sz="4" w:space="0" w:color="auto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129E32E" w14:textId="1F945EEA" w:rsidR="00767353" w:rsidRDefault="00767353" w:rsidP="00767353">
            <w:pPr>
              <w:spacing w:after="0"/>
            </w:pPr>
            <w:r>
              <w:rPr>
                <w:sz w:val="18"/>
              </w:rPr>
              <w:t>令和　　年　　月　　日</w:t>
            </w:r>
          </w:p>
        </w:tc>
      </w:tr>
      <w:tr w:rsidR="00767353" w14:paraId="56AD94C6" w14:textId="77777777" w:rsidTr="002A70C6">
        <w:trPr>
          <w:jc w:val="center"/>
        </w:trPr>
        <w:tc>
          <w:tcPr>
            <w:tcW w:w="453" w:type="dxa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A6DD672" w14:textId="77777777" w:rsidR="00767353" w:rsidRDefault="00767353" w:rsidP="00767353">
            <w:pPr>
              <w:spacing w:after="0"/>
              <w:jc w:val="center"/>
            </w:pPr>
            <w:r>
              <w:t>振</w:t>
            </w:r>
            <w:r>
              <w:br/>
              <w:t>込</w:t>
            </w:r>
            <w:r>
              <w:br/>
              <w:t>口</w:t>
            </w:r>
            <w:r>
              <w:br/>
              <w:t>座</w:t>
            </w:r>
          </w:p>
        </w:tc>
        <w:tc>
          <w:tcPr>
            <w:tcW w:w="198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2C88C5C" w14:textId="70AB2C37" w:rsidR="00767353" w:rsidRDefault="00767353" w:rsidP="00767353">
            <w:pPr>
              <w:spacing w:after="0"/>
              <w:jc w:val="center"/>
            </w:pPr>
            <w:r w:rsidRPr="002A70C6">
              <w:rPr>
                <w:sz w:val="18"/>
              </w:rPr>
              <w:t>金融機関名</w:t>
            </w:r>
          </w:p>
        </w:tc>
        <w:tc>
          <w:tcPr>
            <w:tcW w:w="317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2BD810F" w14:textId="1056B53F" w:rsidR="00767353" w:rsidRDefault="00767353" w:rsidP="00767353">
            <w:pPr>
              <w:spacing w:after="0"/>
              <w:rPr>
                <w:lang w:eastAsia="ja-JP"/>
              </w:rPr>
            </w:pPr>
          </w:p>
        </w:tc>
        <w:tc>
          <w:tcPr>
            <w:tcW w:w="907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B0CFBE8" w14:textId="77777777" w:rsidR="00767353" w:rsidRDefault="00767353" w:rsidP="00767353">
            <w:pPr>
              <w:spacing w:after="0"/>
              <w:jc w:val="center"/>
            </w:pPr>
            <w:r>
              <w:rPr>
                <w:sz w:val="18"/>
              </w:rPr>
              <w:t>支店名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C28DCDB" w14:textId="7A57D855" w:rsidR="00767353" w:rsidRDefault="00767353" w:rsidP="00767353">
            <w:pPr>
              <w:spacing w:after="0"/>
              <w:rPr>
                <w:lang w:eastAsia="ja-JP"/>
              </w:rPr>
            </w:pPr>
          </w:p>
        </w:tc>
      </w:tr>
      <w:tr w:rsidR="00767353" w14:paraId="03B98123" w14:textId="77777777" w:rsidTr="002A70C6">
        <w:trPr>
          <w:jc w:val="center"/>
        </w:trPr>
        <w:tc>
          <w:tcPr>
            <w:tcW w:w="453" w:type="dxa"/>
            <w:vMerge/>
            <w:tcBorders>
              <w:left w:val="single" w:sz="4" w:space="0" w:color="auto"/>
            </w:tcBorders>
          </w:tcPr>
          <w:p w14:paraId="5C315A40" w14:textId="77777777" w:rsidR="00767353" w:rsidRDefault="00767353" w:rsidP="00767353"/>
        </w:tc>
        <w:tc>
          <w:tcPr>
            <w:tcW w:w="198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C603FC9" w14:textId="3F57777C" w:rsidR="00767353" w:rsidRDefault="00767353" w:rsidP="00767353">
            <w:pPr>
              <w:spacing w:after="0"/>
              <w:jc w:val="center"/>
            </w:pPr>
            <w:r w:rsidRPr="002A70C6">
              <w:rPr>
                <w:sz w:val="18"/>
              </w:rPr>
              <w:t>預金種目</w:t>
            </w:r>
          </w:p>
        </w:tc>
        <w:tc>
          <w:tcPr>
            <w:tcW w:w="7200" w:type="dxa"/>
            <w:gridSpan w:val="3"/>
            <w:tcBorders>
              <w:right w:val="single" w:sz="4" w:space="0" w:color="auto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37BE97F" w14:textId="12C79FB7" w:rsidR="00767353" w:rsidRDefault="00767353" w:rsidP="00767353">
            <w:pPr>
              <w:spacing w:after="0"/>
              <w:ind w:firstLineChars="200" w:firstLine="360"/>
              <w:rPr>
                <w:lang w:eastAsia="ja-JP"/>
              </w:rPr>
            </w:pPr>
            <w:r>
              <w:rPr>
                <w:sz w:val="18"/>
                <w:lang w:eastAsia="ja-JP"/>
              </w:rPr>
              <w:t xml:space="preserve">１．普通　　　２．当座　　　３．その他（　　　　　　</w:t>
            </w:r>
            <w:r>
              <w:rPr>
                <w:rFonts w:hint="eastAsia"/>
                <w:sz w:val="18"/>
                <w:lang w:eastAsia="ja-JP"/>
              </w:rPr>
              <w:t xml:space="preserve">　</w:t>
            </w:r>
            <w:r>
              <w:rPr>
                <w:sz w:val="18"/>
                <w:lang w:eastAsia="ja-JP"/>
              </w:rPr>
              <w:t>）</w:t>
            </w:r>
          </w:p>
        </w:tc>
      </w:tr>
      <w:tr w:rsidR="00767353" w14:paraId="175B57E4" w14:textId="77777777" w:rsidTr="002A70C6">
        <w:trPr>
          <w:jc w:val="center"/>
        </w:trPr>
        <w:tc>
          <w:tcPr>
            <w:tcW w:w="453" w:type="dxa"/>
            <w:vMerge/>
            <w:tcBorders>
              <w:left w:val="single" w:sz="4" w:space="0" w:color="auto"/>
            </w:tcBorders>
          </w:tcPr>
          <w:p w14:paraId="7E9BC093" w14:textId="77777777" w:rsidR="00767353" w:rsidRDefault="00767353" w:rsidP="00767353">
            <w:pPr>
              <w:rPr>
                <w:lang w:eastAsia="ja-JP"/>
              </w:rPr>
            </w:pPr>
          </w:p>
        </w:tc>
        <w:tc>
          <w:tcPr>
            <w:tcW w:w="198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837D5B1" w14:textId="36784685" w:rsidR="00767353" w:rsidRDefault="00767353" w:rsidP="00767353">
            <w:pPr>
              <w:spacing w:after="0"/>
              <w:jc w:val="center"/>
            </w:pPr>
            <w:r w:rsidRPr="002A70C6">
              <w:rPr>
                <w:sz w:val="18"/>
              </w:rPr>
              <w:t>口座番号</w:t>
            </w:r>
          </w:p>
        </w:tc>
        <w:tc>
          <w:tcPr>
            <w:tcW w:w="7200" w:type="dxa"/>
            <w:gridSpan w:val="3"/>
            <w:tcBorders>
              <w:right w:val="single" w:sz="4" w:space="0" w:color="auto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10DBEBE" w14:textId="7876D294" w:rsidR="00767353" w:rsidRDefault="00767353" w:rsidP="00767353">
            <w:pPr>
              <w:spacing w:after="0"/>
              <w:rPr>
                <w:lang w:eastAsia="ja-JP"/>
              </w:rPr>
            </w:pPr>
          </w:p>
        </w:tc>
      </w:tr>
      <w:tr w:rsidR="00767353" w14:paraId="5E9DD653" w14:textId="77777777" w:rsidTr="002A70C6">
        <w:trPr>
          <w:jc w:val="center"/>
        </w:trPr>
        <w:tc>
          <w:tcPr>
            <w:tcW w:w="45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64789A4" w14:textId="77777777" w:rsidR="00767353" w:rsidRDefault="00767353" w:rsidP="00767353"/>
        </w:tc>
        <w:tc>
          <w:tcPr>
            <w:tcW w:w="1984" w:type="dxa"/>
            <w:tcBorders>
              <w:bottom w:val="single" w:sz="4" w:space="0" w:color="auto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1781AD1" w14:textId="3F3620BA" w:rsidR="00767353" w:rsidRDefault="00767353" w:rsidP="00767353">
            <w:pPr>
              <w:spacing w:after="0"/>
              <w:jc w:val="center"/>
            </w:pPr>
            <w:r w:rsidRPr="002A70C6">
              <w:rPr>
                <w:sz w:val="18"/>
              </w:rPr>
              <w:t>口座名義（カナ）</w:t>
            </w:r>
          </w:p>
        </w:tc>
        <w:tc>
          <w:tcPr>
            <w:tcW w:w="7200" w:type="dxa"/>
            <w:gridSpan w:val="3"/>
            <w:tcBorders>
              <w:bottom w:val="single" w:sz="4" w:space="0" w:color="auto"/>
              <w:right w:val="single" w:sz="4" w:space="0" w:color="auto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7A98D49" w14:textId="4B01A37D" w:rsidR="00767353" w:rsidRDefault="00767353" w:rsidP="00767353">
            <w:pPr>
              <w:spacing w:after="0"/>
              <w:rPr>
                <w:lang w:eastAsia="ja-JP"/>
              </w:rPr>
            </w:pPr>
          </w:p>
        </w:tc>
      </w:tr>
    </w:tbl>
    <w:p w14:paraId="68341FD1" w14:textId="77777777" w:rsidR="005B4C81" w:rsidRDefault="002A70C6">
      <w:pPr>
        <w:spacing w:after="0"/>
      </w:pPr>
      <w:r>
        <w:rPr>
          <w:b/>
          <w:sz w:val="18"/>
        </w:rPr>
        <w:t>※添付書類</w:t>
      </w:r>
    </w:p>
    <w:p w14:paraId="32B583D2" w14:textId="77777777" w:rsidR="005B4C81" w:rsidRPr="002A70C6" w:rsidRDefault="002A70C6" w:rsidP="00941809">
      <w:pPr>
        <w:spacing w:after="0" w:line="180" w:lineRule="auto"/>
        <w:rPr>
          <w:sz w:val="20"/>
          <w:lang w:eastAsia="ja-JP"/>
        </w:rPr>
      </w:pPr>
      <w:r w:rsidRPr="002A70C6">
        <w:rPr>
          <w:sz w:val="18"/>
          <w:lang w:eastAsia="ja-JP"/>
        </w:rPr>
        <w:t>（１）振込口座がわかる通帳写し等</w:t>
      </w:r>
    </w:p>
    <w:p w14:paraId="788EE288" w14:textId="77777777" w:rsidR="005B4C81" w:rsidRPr="002A70C6" w:rsidRDefault="002A70C6" w:rsidP="00941809">
      <w:pPr>
        <w:spacing w:after="0" w:line="180" w:lineRule="auto"/>
        <w:rPr>
          <w:sz w:val="20"/>
          <w:lang w:eastAsia="ja-JP"/>
        </w:rPr>
      </w:pPr>
      <w:r w:rsidRPr="002A70C6">
        <w:rPr>
          <w:sz w:val="18"/>
          <w:lang w:eastAsia="ja-JP"/>
        </w:rPr>
        <w:t>（２）本人確認書類（個人：免許証等、法人：担当者の名刺等、任意団体等：代表者の免許証等）</w:t>
      </w:r>
    </w:p>
    <w:p w14:paraId="1C95740B" w14:textId="77777777" w:rsidR="005B4C81" w:rsidRPr="002A70C6" w:rsidRDefault="002A70C6" w:rsidP="00941809">
      <w:pPr>
        <w:spacing w:after="0" w:line="180" w:lineRule="auto"/>
        <w:rPr>
          <w:sz w:val="20"/>
          <w:lang w:eastAsia="ja-JP"/>
        </w:rPr>
      </w:pPr>
      <w:r w:rsidRPr="002A70C6">
        <w:rPr>
          <w:sz w:val="18"/>
          <w:lang w:eastAsia="ja-JP"/>
        </w:rPr>
        <w:t xml:space="preserve">　　　注）本人確認書類について、窓口への書類持参の場合は、提示のみも可能</w:t>
      </w:r>
    </w:p>
    <w:p w14:paraId="5C8EE751" w14:textId="450E4A7E" w:rsidR="00941809" w:rsidRPr="002A70C6" w:rsidRDefault="002A70C6" w:rsidP="00941809">
      <w:pPr>
        <w:spacing w:after="0" w:line="180" w:lineRule="auto"/>
        <w:rPr>
          <w:sz w:val="18"/>
          <w:lang w:eastAsia="ja-JP"/>
        </w:rPr>
      </w:pPr>
      <w:r w:rsidRPr="002A70C6">
        <w:rPr>
          <w:sz w:val="18"/>
          <w:lang w:eastAsia="ja-JP"/>
        </w:rPr>
        <w:t>（３）受領委任状（様式第１号の２）　注）補助金等の受領委任を行う場合のみ</w:t>
      </w:r>
    </w:p>
    <w:p w14:paraId="23E03D63" w14:textId="77777777" w:rsidR="00941809" w:rsidRPr="00941809" w:rsidRDefault="00941809" w:rsidP="00941809">
      <w:pPr>
        <w:spacing w:after="0" w:line="180" w:lineRule="auto"/>
        <w:rPr>
          <w:sz w:val="17"/>
          <w:lang w:eastAsia="ja-JP"/>
        </w:rPr>
      </w:pPr>
    </w:p>
    <w:p w14:paraId="6716BF24" w14:textId="2D3428CF" w:rsidR="005B4C81" w:rsidRDefault="002A70C6">
      <w:pPr>
        <w:spacing w:after="0"/>
        <w:rPr>
          <w:lang w:eastAsia="ja-JP"/>
        </w:rPr>
      </w:pPr>
      <w:r>
        <w:rPr>
          <w:sz w:val="16"/>
          <w:lang w:eastAsia="ja-JP"/>
        </w:rPr>
        <w:t>・・・・・・・・・・・・・・・・・・・・・・・・・・・・・・・・・・・・・・・・・・・・・・・・・・・・・・・・・・・・・・</w:t>
      </w:r>
    </w:p>
    <w:tbl>
      <w:tblPr>
        <w:tblStyle w:val="afe"/>
        <w:tblW w:w="0" w:type="auto"/>
        <w:tblInd w:w="392" w:type="dxa"/>
        <w:tblLook w:val="04A0" w:firstRow="1" w:lastRow="0" w:firstColumn="1" w:lastColumn="0" w:noHBand="0" w:noVBand="1"/>
      </w:tblPr>
      <w:tblGrid>
        <w:gridCol w:w="841"/>
        <w:gridCol w:w="3544"/>
        <w:gridCol w:w="5245"/>
      </w:tblGrid>
      <w:tr w:rsidR="0010032B" w14:paraId="23DFBBA7" w14:textId="77777777" w:rsidTr="002A70C6">
        <w:trPr>
          <w:trHeight w:val="284"/>
        </w:trPr>
        <w:tc>
          <w:tcPr>
            <w:tcW w:w="841" w:type="dxa"/>
            <w:vMerge w:val="restart"/>
            <w:shd w:val="clear" w:color="auto" w:fill="F2F2F2" w:themeFill="background1" w:themeFillShade="F2"/>
          </w:tcPr>
          <w:p w14:paraId="1202AA8E" w14:textId="77777777" w:rsidR="00767353" w:rsidRDefault="00767353">
            <w:pPr>
              <w:rPr>
                <w:lang w:eastAsia="ja-JP"/>
              </w:rPr>
            </w:pPr>
          </w:p>
          <w:p w14:paraId="033FB16D" w14:textId="05CFDA9F" w:rsidR="0010032B" w:rsidRDefault="0010032B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神戸市</w:t>
            </w:r>
          </w:p>
          <w:p w14:paraId="601F8010" w14:textId="77777777" w:rsidR="0010032B" w:rsidRDefault="0010032B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確認欄</w:t>
            </w:r>
          </w:p>
          <w:p w14:paraId="672055A7" w14:textId="7AD1A778" w:rsidR="0010032B" w:rsidRDefault="0010032B">
            <w:pPr>
              <w:rPr>
                <w:lang w:eastAsia="ja-JP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</w:tcPr>
          <w:p w14:paraId="5E82E3F9" w14:textId="25D232F9" w:rsidR="0010032B" w:rsidRDefault="0010032B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確認日　　令和　　年　　月　　日</w:t>
            </w:r>
          </w:p>
        </w:tc>
        <w:tc>
          <w:tcPr>
            <w:tcW w:w="5245" w:type="dxa"/>
            <w:shd w:val="clear" w:color="auto" w:fill="F2F2F2" w:themeFill="background1" w:themeFillShade="F2"/>
          </w:tcPr>
          <w:p w14:paraId="2378A738" w14:textId="16527405" w:rsidR="0010032B" w:rsidRDefault="0010032B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提出方法　□電子提出（e-mail等） 　　□窓口持参</w:t>
            </w:r>
          </w:p>
          <w:p w14:paraId="5E70AE68" w14:textId="743994D1" w:rsidR="0010032B" w:rsidRDefault="0010032B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 xml:space="preserve">　　　　　□その他（　　　　　　　　　　　　　）</w:t>
            </w:r>
          </w:p>
        </w:tc>
      </w:tr>
      <w:tr w:rsidR="0010032B" w14:paraId="6DA4D523" w14:textId="77777777" w:rsidTr="002A70C6">
        <w:tc>
          <w:tcPr>
            <w:tcW w:w="841" w:type="dxa"/>
            <w:vMerge/>
            <w:shd w:val="clear" w:color="auto" w:fill="F2F2F2" w:themeFill="background1" w:themeFillShade="F2"/>
          </w:tcPr>
          <w:p w14:paraId="592EB069" w14:textId="77777777" w:rsidR="0010032B" w:rsidRDefault="0010032B">
            <w:pPr>
              <w:rPr>
                <w:lang w:eastAsia="ja-JP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</w:tcPr>
          <w:p w14:paraId="6F329591" w14:textId="65783184" w:rsidR="0010032B" w:rsidRDefault="0010032B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確認者</w:t>
            </w:r>
          </w:p>
        </w:tc>
        <w:tc>
          <w:tcPr>
            <w:tcW w:w="5245" w:type="dxa"/>
            <w:shd w:val="clear" w:color="auto" w:fill="F2F2F2" w:themeFill="background1" w:themeFillShade="F2"/>
          </w:tcPr>
          <w:p w14:paraId="2688668C" w14:textId="77777777" w:rsidR="0010032B" w:rsidRDefault="0010032B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本人確認</w:t>
            </w:r>
          </w:p>
          <w:p w14:paraId="02A0CB53" w14:textId="0F7C122E" w:rsidR="0010032B" w:rsidRDefault="0010032B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 xml:space="preserve">　書類</w:t>
            </w:r>
          </w:p>
        </w:tc>
      </w:tr>
    </w:tbl>
    <w:p w14:paraId="4DE02F0F" w14:textId="44FB2F1D" w:rsidR="00D93448" w:rsidRDefault="00D93448">
      <w:pPr>
        <w:rPr>
          <w:lang w:eastAsia="ja-JP"/>
        </w:rPr>
      </w:pPr>
    </w:p>
    <w:p w14:paraId="4508A710" w14:textId="77777777" w:rsidR="002C19D2" w:rsidRPr="002C19D2" w:rsidRDefault="002C19D2" w:rsidP="002C19D2">
      <w:pPr>
        <w:spacing w:after="160"/>
        <w:rPr>
          <w:rFonts w:ascii="ＭＳ 明朝" w:eastAsia="ＭＳ 明朝" w:hAnsi="ＭＳ 明朝"/>
          <w:sz w:val="21"/>
          <w:lang w:eastAsia="ja-JP"/>
        </w:rPr>
      </w:pPr>
      <w:r w:rsidRPr="002C19D2">
        <w:rPr>
          <w:rFonts w:ascii="ＭＳ 明朝" w:eastAsia="ＭＳ 明朝" w:hAnsi="ＭＳ 明朝"/>
          <w:sz w:val="20"/>
          <w:lang w:eastAsia="ja-JP"/>
        </w:rPr>
        <w:lastRenderedPageBreak/>
        <w:t>様式第１号の２</w:t>
      </w:r>
    </w:p>
    <w:p w14:paraId="77FDF61D" w14:textId="77777777" w:rsidR="002C19D2" w:rsidRPr="002C19D2" w:rsidRDefault="002C19D2" w:rsidP="002C19D2">
      <w:pPr>
        <w:jc w:val="center"/>
        <w:rPr>
          <w:rFonts w:ascii="ＭＳ 明朝" w:eastAsia="ＭＳ 明朝" w:hAnsi="ＭＳ 明朝"/>
          <w:sz w:val="21"/>
          <w:lang w:eastAsia="ja-JP"/>
        </w:rPr>
      </w:pPr>
      <w:r w:rsidRPr="002C19D2">
        <w:rPr>
          <w:rFonts w:ascii="ＭＳ 明朝" w:eastAsia="ＭＳ 明朝" w:hAnsi="ＭＳ 明朝"/>
          <w:sz w:val="34"/>
          <w:lang w:eastAsia="ja-JP"/>
        </w:rPr>
        <w:t>受　領　委　任　状</w:t>
      </w:r>
    </w:p>
    <w:p w14:paraId="64D7A68D" w14:textId="77777777" w:rsidR="002C19D2" w:rsidRPr="002C19D2" w:rsidRDefault="002C19D2" w:rsidP="002C19D2">
      <w:pPr>
        <w:spacing w:after="160"/>
        <w:jc w:val="right"/>
        <w:rPr>
          <w:rFonts w:ascii="ＭＳ 明朝" w:eastAsia="ＭＳ 明朝" w:hAnsi="ＭＳ 明朝"/>
          <w:sz w:val="21"/>
          <w:lang w:eastAsia="ja-JP"/>
        </w:rPr>
      </w:pPr>
    </w:p>
    <w:p w14:paraId="401D5E57" w14:textId="77777777" w:rsidR="002C19D2" w:rsidRPr="002C19D2" w:rsidRDefault="002C19D2" w:rsidP="002C19D2">
      <w:pPr>
        <w:spacing w:after="160"/>
        <w:jc w:val="right"/>
        <w:rPr>
          <w:rFonts w:ascii="ＭＳ 明朝" w:eastAsia="ＭＳ 明朝" w:hAnsi="ＭＳ 明朝"/>
          <w:sz w:val="21"/>
        </w:rPr>
      </w:pPr>
      <w:r w:rsidRPr="002C19D2">
        <w:rPr>
          <w:rFonts w:ascii="ＭＳ 明朝" w:eastAsia="ＭＳ 明朝" w:hAnsi="ＭＳ 明朝"/>
          <w:sz w:val="21"/>
        </w:rPr>
        <w:t>令和　　年　　月　　日</w:t>
      </w:r>
    </w:p>
    <w:p w14:paraId="41B917C2" w14:textId="77777777" w:rsidR="002C19D2" w:rsidRPr="002C19D2" w:rsidRDefault="002C19D2" w:rsidP="002C19D2">
      <w:pPr>
        <w:spacing w:after="240"/>
        <w:rPr>
          <w:rFonts w:ascii="ＭＳ 明朝" w:eastAsia="ＭＳ 明朝" w:hAnsi="ＭＳ 明朝"/>
          <w:sz w:val="22"/>
        </w:rPr>
      </w:pPr>
      <w:r w:rsidRPr="002C19D2">
        <w:rPr>
          <w:rFonts w:ascii="ＭＳ 明朝" w:eastAsia="ＭＳ 明朝" w:hAnsi="ＭＳ 明朝"/>
          <w:sz w:val="22"/>
        </w:rPr>
        <w:t>神　戸　市　長　　宛</w:t>
      </w:r>
    </w:p>
    <w:p w14:paraId="74D13362" w14:textId="77777777" w:rsidR="002C19D2" w:rsidRPr="002C19D2" w:rsidRDefault="002C19D2" w:rsidP="002C19D2">
      <w:pPr>
        <w:spacing w:after="240"/>
        <w:rPr>
          <w:rFonts w:ascii="ＭＳ 明朝" w:eastAsia="ＭＳ 明朝" w:hAnsi="ＭＳ 明朝"/>
          <w:sz w:val="21"/>
        </w:rPr>
      </w:pPr>
    </w:p>
    <w:p w14:paraId="18AD2280" w14:textId="77777777" w:rsidR="002C19D2" w:rsidRPr="002C19D2" w:rsidRDefault="002C19D2" w:rsidP="002C19D2">
      <w:pPr>
        <w:spacing w:after="40"/>
        <w:rPr>
          <w:rFonts w:ascii="ＭＳ 明朝" w:eastAsia="ＭＳ 明朝" w:hAnsi="ＭＳ 明朝"/>
          <w:sz w:val="21"/>
        </w:rPr>
      </w:pPr>
      <w:r w:rsidRPr="002C19D2">
        <w:rPr>
          <w:rFonts w:ascii="ＭＳ 明朝" w:eastAsia="ＭＳ 明朝" w:hAnsi="ＭＳ 明朝"/>
          <w:sz w:val="20"/>
        </w:rPr>
        <w:t>（委任者）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6350"/>
        <w:gridCol w:w="1134"/>
      </w:tblGrid>
      <w:tr w:rsidR="002C19D2" w:rsidRPr="002C19D2" w14:paraId="0346F1E2" w14:textId="77777777" w:rsidTr="002448E0">
        <w:trPr>
          <w:trHeight w:val="383"/>
          <w:jc w:val="center"/>
        </w:trPr>
        <w:tc>
          <w:tcPr>
            <w:tcW w:w="1587" w:type="dxa"/>
            <w:vAlign w:val="center"/>
          </w:tcPr>
          <w:p w14:paraId="4511518E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0"/>
              </w:rPr>
              <w:t>住　所</w:t>
            </w:r>
          </w:p>
        </w:tc>
        <w:tc>
          <w:tcPr>
            <w:tcW w:w="6350" w:type="dxa"/>
            <w:vAlign w:val="center"/>
          </w:tcPr>
          <w:p w14:paraId="4472923F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A6156AC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1"/>
              </w:rPr>
              <w:t>印</w:t>
            </w:r>
          </w:p>
        </w:tc>
      </w:tr>
      <w:tr w:rsidR="002C19D2" w:rsidRPr="002C19D2" w14:paraId="51F14110" w14:textId="77777777" w:rsidTr="002448E0">
        <w:trPr>
          <w:trHeight w:val="404"/>
          <w:jc w:val="center"/>
        </w:trPr>
        <w:tc>
          <w:tcPr>
            <w:tcW w:w="1587" w:type="dxa"/>
            <w:vAlign w:val="center"/>
          </w:tcPr>
          <w:p w14:paraId="53BA2612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0"/>
              </w:rPr>
              <w:t>団 体 名</w:t>
            </w:r>
          </w:p>
        </w:tc>
        <w:tc>
          <w:tcPr>
            <w:tcW w:w="6350" w:type="dxa"/>
            <w:vAlign w:val="center"/>
          </w:tcPr>
          <w:p w14:paraId="27535882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1"/>
              </w:rPr>
            </w:pPr>
          </w:p>
        </w:tc>
        <w:tc>
          <w:tcPr>
            <w:tcW w:w="1134" w:type="dxa"/>
            <w:vMerge/>
          </w:tcPr>
          <w:p w14:paraId="43774725" w14:textId="77777777" w:rsidR="002C19D2" w:rsidRPr="002C19D2" w:rsidRDefault="002C19D2" w:rsidP="002C19D2">
            <w:pPr>
              <w:rPr>
                <w:rFonts w:ascii="ＭＳ 明朝" w:eastAsia="ＭＳ 明朝" w:hAnsi="ＭＳ 明朝"/>
                <w:sz w:val="21"/>
              </w:rPr>
            </w:pPr>
          </w:p>
        </w:tc>
      </w:tr>
      <w:tr w:rsidR="002C19D2" w:rsidRPr="002C19D2" w14:paraId="4A662422" w14:textId="77777777" w:rsidTr="002448E0">
        <w:trPr>
          <w:trHeight w:val="395"/>
          <w:jc w:val="center"/>
        </w:trPr>
        <w:tc>
          <w:tcPr>
            <w:tcW w:w="1587" w:type="dxa"/>
            <w:vAlign w:val="center"/>
          </w:tcPr>
          <w:p w14:paraId="2F59EEDC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0"/>
              </w:rPr>
              <w:t>代表者名</w:t>
            </w:r>
          </w:p>
        </w:tc>
        <w:tc>
          <w:tcPr>
            <w:tcW w:w="6350" w:type="dxa"/>
            <w:vAlign w:val="center"/>
          </w:tcPr>
          <w:p w14:paraId="282D44EA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1"/>
              </w:rPr>
            </w:pPr>
          </w:p>
        </w:tc>
        <w:tc>
          <w:tcPr>
            <w:tcW w:w="1134" w:type="dxa"/>
            <w:vMerge/>
          </w:tcPr>
          <w:p w14:paraId="6BB99A6C" w14:textId="77777777" w:rsidR="002C19D2" w:rsidRPr="002C19D2" w:rsidRDefault="002C19D2" w:rsidP="002C19D2">
            <w:pPr>
              <w:rPr>
                <w:rFonts w:ascii="ＭＳ 明朝" w:eastAsia="ＭＳ 明朝" w:hAnsi="ＭＳ 明朝"/>
                <w:sz w:val="21"/>
              </w:rPr>
            </w:pPr>
          </w:p>
        </w:tc>
      </w:tr>
    </w:tbl>
    <w:p w14:paraId="4B8512C7" w14:textId="77777777" w:rsidR="002C19D2" w:rsidRPr="002C19D2" w:rsidRDefault="002C19D2" w:rsidP="002C19D2">
      <w:pPr>
        <w:spacing w:before="60" w:after="160"/>
        <w:rPr>
          <w:rFonts w:ascii="ＭＳ 明朝" w:eastAsia="ＭＳ 明朝" w:hAnsi="ＭＳ 明朝"/>
          <w:sz w:val="21"/>
          <w:lang w:eastAsia="ja-JP"/>
        </w:rPr>
      </w:pPr>
      <w:r w:rsidRPr="002C19D2">
        <w:rPr>
          <w:rFonts w:ascii="ＭＳ 明朝" w:eastAsia="ＭＳ 明朝" w:hAnsi="ＭＳ 明朝"/>
          <w:sz w:val="21"/>
          <w:lang w:eastAsia="ja-JP"/>
        </w:rPr>
        <w:t xml:space="preserve">　私は、下記のとおり受任者を代理人と定め、補助金等の受領を委任します。</w:t>
      </w:r>
      <w:r w:rsidRPr="002C19D2">
        <w:rPr>
          <w:rFonts w:ascii="ＭＳ 明朝" w:eastAsia="ＭＳ 明朝" w:hAnsi="ＭＳ 明朝"/>
          <w:sz w:val="21"/>
          <w:lang w:eastAsia="ja-JP"/>
        </w:rPr>
        <w:tab/>
      </w:r>
    </w:p>
    <w:p w14:paraId="4B2E41BF" w14:textId="77777777" w:rsidR="002C19D2" w:rsidRPr="002C19D2" w:rsidRDefault="002C19D2" w:rsidP="002C19D2">
      <w:pPr>
        <w:spacing w:after="60"/>
        <w:jc w:val="center"/>
        <w:rPr>
          <w:rFonts w:ascii="ＭＳ 明朝" w:eastAsia="ＭＳ 明朝" w:hAnsi="ＭＳ 明朝"/>
          <w:sz w:val="21"/>
        </w:rPr>
      </w:pPr>
      <w:r w:rsidRPr="002C19D2">
        <w:rPr>
          <w:rFonts w:ascii="ＭＳ 明朝" w:eastAsia="ＭＳ 明朝" w:hAnsi="ＭＳ 明朝"/>
          <w:sz w:val="21"/>
        </w:rPr>
        <w:t>記</w:t>
      </w:r>
    </w:p>
    <w:p w14:paraId="489D13FA" w14:textId="77777777" w:rsidR="002C19D2" w:rsidRPr="002C19D2" w:rsidRDefault="002C19D2" w:rsidP="002C19D2">
      <w:pPr>
        <w:spacing w:after="40"/>
        <w:rPr>
          <w:rFonts w:ascii="ＭＳ 明朝" w:eastAsia="ＭＳ 明朝" w:hAnsi="ＭＳ 明朝"/>
          <w:sz w:val="21"/>
        </w:rPr>
      </w:pPr>
      <w:r w:rsidRPr="002C19D2">
        <w:rPr>
          <w:rFonts w:ascii="ＭＳ 明朝" w:eastAsia="ＭＳ 明朝" w:hAnsi="ＭＳ 明朝"/>
          <w:sz w:val="21"/>
        </w:rPr>
        <w:t>１．受任者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6350"/>
        <w:gridCol w:w="1134"/>
      </w:tblGrid>
      <w:tr w:rsidR="002C19D2" w:rsidRPr="002C19D2" w14:paraId="29EB8CFB" w14:textId="77777777" w:rsidTr="002448E0">
        <w:trPr>
          <w:trHeight w:val="405"/>
          <w:jc w:val="center"/>
        </w:trPr>
        <w:tc>
          <w:tcPr>
            <w:tcW w:w="1587" w:type="dxa"/>
            <w:vAlign w:val="center"/>
          </w:tcPr>
          <w:p w14:paraId="4D14449F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0"/>
              </w:rPr>
              <w:t>住　所</w:t>
            </w:r>
          </w:p>
        </w:tc>
        <w:tc>
          <w:tcPr>
            <w:tcW w:w="6350" w:type="dxa"/>
            <w:vAlign w:val="center"/>
          </w:tcPr>
          <w:p w14:paraId="1D9969B2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217894A7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1"/>
              </w:rPr>
              <w:t>印</w:t>
            </w:r>
          </w:p>
        </w:tc>
      </w:tr>
      <w:tr w:rsidR="002C19D2" w:rsidRPr="002C19D2" w14:paraId="08DDC0F8" w14:textId="77777777" w:rsidTr="002448E0">
        <w:trPr>
          <w:trHeight w:val="397"/>
          <w:jc w:val="center"/>
        </w:trPr>
        <w:tc>
          <w:tcPr>
            <w:tcW w:w="1587" w:type="dxa"/>
            <w:vAlign w:val="center"/>
          </w:tcPr>
          <w:p w14:paraId="4C8C4982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0"/>
              </w:rPr>
              <w:t>団 体 名</w:t>
            </w:r>
          </w:p>
        </w:tc>
        <w:tc>
          <w:tcPr>
            <w:tcW w:w="6350" w:type="dxa"/>
            <w:vAlign w:val="center"/>
          </w:tcPr>
          <w:p w14:paraId="3CECCF47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1"/>
              </w:rPr>
            </w:pPr>
          </w:p>
        </w:tc>
        <w:tc>
          <w:tcPr>
            <w:tcW w:w="1134" w:type="dxa"/>
            <w:vMerge/>
          </w:tcPr>
          <w:p w14:paraId="63D8A278" w14:textId="77777777" w:rsidR="002C19D2" w:rsidRPr="002C19D2" w:rsidRDefault="002C19D2" w:rsidP="002C19D2">
            <w:pPr>
              <w:rPr>
                <w:rFonts w:ascii="ＭＳ 明朝" w:eastAsia="ＭＳ 明朝" w:hAnsi="ＭＳ 明朝"/>
                <w:sz w:val="21"/>
              </w:rPr>
            </w:pPr>
          </w:p>
        </w:tc>
      </w:tr>
      <w:tr w:rsidR="002C19D2" w:rsidRPr="002C19D2" w14:paraId="2B4B0DAA" w14:textId="77777777" w:rsidTr="002448E0">
        <w:trPr>
          <w:trHeight w:val="418"/>
          <w:jc w:val="center"/>
        </w:trPr>
        <w:tc>
          <w:tcPr>
            <w:tcW w:w="1587" w:type="dxa"/>
            <w:vAlign w:val="center"/>
          </w:tcPr>
          <w:p w14:paraId="3E40A8BC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0"/>
              </w:rPr>
              <w:t>代表者名</w:t>
            </w:r>
          </w:p>
        </w:tc>
        <w:tc>
          <w:tcPr>
            <w:tcW w:w="6350" w:type="dxa"/>
            <w:vAlign w:val="center"/>
          </w:tcPr>
          <w:p w14:paraId="51960871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1"/>
              </w:rPr>
            </w:pPr>
          </w:p>
        </w:tc>
        <w:tc>
          <w:tcPr>
            <w:tcW w:w="1134" w:type="dxa"/>
            <w:vMerge/>
          </w:tcPr>
          <w:p w14:paraId="03CEB038" w14:textId="77777777" w:rsidR="002C19D2" w:rsidRPr="002C19D2" w:rsidRDefault="002C19D2" w:rsidP="002C19D2">
            <w:pPr>
              <w:rPr>
                <w:rFonts w:ascii="ＭＳ 明朝" w:eastAsia="ＭＳ 明朝" w:hAnsi="ＭＳ 明朝"/>
                <w:sz w:val="21"/>
              </w:rPr>
            </w:pPr>
          </w:p>
        </w:tc>
      </w:tr>
    </w:tbl>
    <w:p w14:paraId="79580ADF" w14:textId="77777777" w:rsidR="002C19D2" w:rsidRPr="002C19D2" w:rsidRDefault="002C19D2" w:rsidP="002C19D2">
      <w:pPr>
        <w:spacing w:before="180" w:after="40"/>
        <w:rPr>
          <w:rFonts w:ascii="ＭＳ 明朝" w:eastAsia="ＭＳ 明朝" w:hAnsi="ＭＳ 明朝"/>
          <w:sz w:val="21"/>
        </w:rPr>
      </w:pPr>
    </w:p>
    <w:p w14:paraId="41A5FE3B" w14:textId="77777777" w:rsidR="002C19D2" w:rsidRPr="002C19D2" w:rsidRDefault="002C19D2" w:rsidP="002C19D2">
      <w:pPr>
        <w:spacing w:before="180" w:after="40"/>
        <w:rPr>
          <w:rFonts w:ascii="ＭＳ 明朝" w:eastAsia="ＭＳ 明朝" w:hAnsi="ＭＳ 明朝"/>
          <w:sz w:val="21"/>
        </w:rPr>
      </w:pPr>
      <w:r w:rsidRPr="002C19D2">
        <w:rPr>
          <w:rFonts w:ascii="ＭＳ 明朝" w:eastAsia="ＭＳ 明朝" w:hAnsi="ＭＳ 明朝"/>
          <w:sz w:val="21"/>
        </w:rPr>
        <w:t>２．補助事業等の名称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42"/>
      </w:tblGrid>
      <w:tr w:rsidR="002C19D2" w:rsidRPr="002C19D2" w14:paraId="40FFADCC" w14:textId="77777777" w:rsidTr="002C19D2">
        <w:trPr>
          <w:trHeight w:val="567"/>
          <w:jc w:val="center"/>
        </w:trPr>
        <w:tc>
          <w:tcPr>
            <w:tcW w:w="9042" w:type="dxa"/>
            <w:vAlign w:val="center"/>
          </w:tcPr>
          <w:p w14:paraId="1816E298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1"/>
              </w:rPr>
            </w:pPr>
          </w:p>
        </w:tc>
      </w:tr>
    </w:tbl>
    <w:p w14:paraId="2BBB3703" w14:textId="77777777" w:rsidR="002C19D2" w:rsidRPr="002C19D2" w:rsidRDefault="002C19D2" w:rsidP="002C19D2">
      <w:pPr>
        <w:spacing w:before="180" w:after="40"/>
        <w:rPr>
          <w:rFonts w:ascii="ＭＳ 明朝" w:eastAsia="ＭＳ 明朝" w:hAnsi="ＭＳ 明朝"/>
          <w:sz w:val="21"/>
        </w:rPr>
      </w:pPr>
    </w:p>
    <w:p w14:paraId="483A4801" w14:textId="77777777" w:rsidR="002C19D2" w:rsidRPr="002C19D2" w:rsidRDefault="002C19D2" w:rsidP="002C19D2">
      <w:pPr>
        <w:spacing w:before="180" w:after="40"/>
        <w:rPr>
          <w:rFonts w:ascii="ＭＳ 明朝" w:eastAsia="ＭＳ 明朝" w:hAnsi="ＭＳ 明朝"/>
          <w:sz w:val="21"/>
        </w:rPr>
      </w:pPr>
      <w:r w:rsidRPr="002C19D2">
        <w:rPr>
          <w:rFonts w:ascii="ＭＳ 明朝" w:eastAsia="ＭＳ 明朝" w:hAnsi="ＭＳ 明朝"/>
          <w:sz w:val="21"/>
        </w:rPr>
        <w:t>３．受領委任する金額</w:t>
      </w:r>
    </w:p>
    <w:tbl>
      <w:tblPr>
        <w:tblW w:w="0" w:type="auto"/>
        <w:tblInd w:w="5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15"/>
      </w:tblGrid>
      <w:tr w:rsidR="002C19D2" w:rsidRPr="002C19D2" w14:paraId="518A26A2" w14:textId="77777777" w:rsidTr="002C19D2">
        <w:trPr>
          <w:trHeight w:val="567"/>
        </w:trPr>
        <w:tc>
          <w:tcPr>
            <w:tcW w:w="4115" w:type="dxa"/>
            <w:vAlign w:val="center"/>
          </w:tcPr>
          <w:p w14:paraId="7EE92700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0"/>
              </w:rPr>
              <w:t xml:space="preserve">金　　　　　　　　　　　　　</w:t>
            </w:r>
            <w:r w:rsidRPr="002C19D2">
              <w:rPr>
                <w:rFonts w:ascii="ＭＳ 明朝" w:eastAsia="ＭＳ 明朝" w:hAnsi="ＭＳ 明朝" w:hint="eastAsia"/>
                <w:sz w:val="20"/>
                <w:lang w:eastAsia="ja-JP"/>
              </w:rPr>
              <w:t xml:space="preserve">　　　　</w:t>
            </w:r>
            <w:r w:rsidRPr="002C19D2">
              <w:rPr>
                <w:rFonts w:ascii="ＭＳ 明朝" w:eastAsia="ＭＳ 明朝" w:hAnsi="ＭＳ 明朝"/>
                <w:sz w:val="20"/>
              </w:rPr>
              <w:t>円</w:t>
            </w:r>
          </w:p>
        </w:tc>
      </w:tr>
    </w:tbl>
    <w:p w14:paraId="3BF8E39A" w14:textId="77777777" w:rsidR="002C19D2" w:rsidRPr="002C19D2" w:rsidRDefault="002C19D2" w:rsidP="002C19D2">
      <w:pPr>
        <w:spacing w:before="180" w:after="40"/>
        <w:rPr>
          <w:rFonts w:ascii="ＭＳ 明朝" w:eastAsia="ＭＳ 明朝" w:hAnsi="ＭＳ 明朝"/>
          <w:sz w:val="21"/>
        </w:rPr>
      </w:pPr>
    </w:p>
    <w:p w14:paraId="5640611D" w14:textId="77777777" w:rsidR="002C19D2" w:rsidRPr="002C19D2" w:rsidRDefault="002C19D2" w:rsidP="002C19D2">
      <w:pPr>
        <w:spacing w:before="180" w:after="40"/>
        <w:rPr>
          <w:rFonts w:ascii="ＭＳ 明朝" w:eastAsia="ＭＳ 明朝" w:hAnsi="ＭＳ 明朝"/>
          <w:sz w:val="21"/>
        </w:rPr>
      </w:pPr>
      <w:r w:rsidRPr="002C19D2">
        <w:rPr>
          <w:rFonts w:ascii="ＭＳ 明朝" w:eastAsia="ＭＳ 明朝" w:hAnsi="ＭＳ 明朝"/>
          <w:sz w:val="21"/>
        </w:rPr>
        <w:t>４．振込先口座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3685"/>
        <w:gridCol w:w="1134"/>
        <w:gridCol w:w="2097"/>
      </w:tblGrid>
      <w:tr w:rsidR="002C19D2" w:rsidRPr="002C19D2" w14:paraId="2F0810AC" w14:textId="77777777" w:rsidTr="002448E0">
        <w:trPr>
          <w:trHeight w:val="567"/>
          <w:jc w:val="center"/>
        </w:trPr>
        <w:tc>
          <w:tcPr>
            <w:tcW w:w="2154" w:type="dxa"/>
            <w:vAlign w:val="center"/>
          </w:tcPr>
          <w:p w14:paraId="7EDA6B06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0"/>
              </w:rPr>
              <w:t>金 融 機 関 名</w:t>
            </w:r>
          </w:p>
        </w:tc>
        <w:tc>
          <w:tcPr>
            <w:tcW w:w="3685" w:type="dxa"/>
            <w:vAlign w:val="center"/>
          </w:tcPr>
          <w:p w14:paraId="1C48CF0D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1"/>
              </w:rPr>
            </w:pPr>
          </w:p>
        </w:tc>
        <w:tc>
          <w:tcPr>
            <w:tcW w:w="1134" w:type="dxa"/>
            <w:vAlign w:val="center"/>
          </w:tcPr>
          <w:p w14:paraId="303BE197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0"/>
              </w:rPr>
              <w:t>支店名</w:t>
            </w:r>
          </w:p>
        </w:tc>
        <w:tc>
          <w:tcPr>
            <w:tcW w:w="2097" w:type="dxa"/>
            <w:vAlign w:val="center"/>
          </w:tcPr>
          <w:p w14:paraId="044A3CB8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1"/>
              </w:rPr>
            </w:pPr>
          </w:p>
        </w:tc>
      </w:tr>
      <w:tr w:rsidR="002C19D2" w:rsidRPr="002C19D2" w14:paraId="38ACC2BE" w14:textId="77777777" w:rsidTr="002448E0">
        <w:trPr>
          <w:trHeight w:val="567"/>
          <w:jc w:val="center"/>
        </w:trPr>
        <w:tc>
          <w:tcPr>
            <w:tcW w:w="2154" w:type="dxa"/>
            <w:vAlign w:val="center"/>
          </w:tcPr>
          <w:p w14:paraId="6374684E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0"/>
              </w:rPr>
              <w:t>預 金 種 目</w:t>
            </w:r>
          </w:p>
        </w:tc>
        <w:tc>
          <w:tcPr>
            <w:tcW w:w="6916" w:type="dxa"/>
            <w:gridSpan w:val="3"/>
            <w:vAlign w:val="center"/>
          </w:tcPr>
          <w:p w14:paraId="03D25FAB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1"/>
                <w:lang w:eastAsia="ja-JP"/>
              </w:rPr>
            </w:pPr>
            <w:r w:rsidRPr="002C19D2">
              <w:rPr>
                <w:rFonts w:ascii="ＭＳ 明朝" w:eastAsia="ＭＳ 明朝" w:hAnsi="ＭＳ 明朝"/>
                <w:sz w:val="20"/>
                <w:lang w:eastAsia="ja-JP"/>
              </w:rPr>
              <w:t xml:space="preserve">１．普通　　　２．当座　　　その他（　　　　　　　　</w:t>
            </w:r>
            <w:r w:rsidRPr="002C19D2">
              <w:rPr>
                <w:rFonts w:ascii="ＭＳ 明朝" w:eastAsia="ＭＳ 明朝" w:hAnsi="ＭＳ 明朝" w:hint="eastAsia"/>
                <w:sz w:val="20"/>
                <w:lang w:eastAsia="ja-JP"/>
              </w:rPr>
              <w:t xml:space="preserve">　　　</w:t>
            </w:r>
            <w:r w:rsidRPr="002C19D2">
              <w:rPr>
                <w:rFonts w:ascii="ＭＳ 明朝" w:eastAsia="ＭＳ 明朝" w:hAnsi="ＭＳ 明朝"/>
                <w:sz w:val="20"/>
                <w:lang w:eastAsia="ja-JP"/>
              </w:rPr>
              <w:t xml:space="preserve">　）</w:t>
            </w:r>
          </w:p>
        </w:tc>
      </w:tr>
      <w:tr w:rsidR="002C19D2" w:rsidRPr="002C19D2" w14:paraId="1B50EEDC" w14:textId="77777777" w:rsidTr="002448E0">
        <w:trPr>
          <w:trHeight w:val="567"/>
          <w:jc w:val="center"/>
        </w:trPr>
        <w:tc>
          <w:tcPr>
            <w:tcW w:w="2154" w:type="dxa"/>
            <w:vAlign w:val="center"/>
          </w:tcPr>
          <w:p w14:paraId="56B7BF86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0"/>
              </w:rPr>
              <w:t>口 座 番 号</w:t>
            </w:r>
          </w:p>
        </w:tc>
        <w:tc>
          <w:tcPr>
            <w:tcW w:w="6916" w:type="dxa"/>
            <w:gridSpan w:val="3"/>
            <w:vAlign w:val="center"/>
          </w:tcPr>
          <w:p w14:paraId="623B62FA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1"/>
              </w:rPr>
            </w:pPr>
          </w:p>
        </w:tc>
      </w:tr>
      <w:tr w:rsidR="002C19D2" w:rsidRPr="002C19D2" w14:paraId="24126442" w14:textId="77777777" w:rsidTr="002448E0">
        <w:trPr>
          <w:trHeight w:val="567"/>
          <w:jc w:val="center"/>
        </w:trPr>
        <w:tc>
          <w:tcPr>
            <w:tcW w:w="2154" w:type="dxa"/>
            <w:vAlign w:val="center"/>
          </w:tcPr>
          <w:p w14:paraId="0AE81FD4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0"/>
              </w:rPr>
              <w:t>口 座 名 義（カナ）</w:t>
            </w:r>
          </w:p>
        </w:tc>
        <w:tc>
          <w:tcPr>
            <w:tcW w:w="6916" w:type="dxa"/>
            <w:gridSpan w:val="3"/>
            <w:vAlign w:val="center"/>
          </w:tcPr>
          <w:p w14:paraId="0619BA72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1"/>
              </w:rPr>
            </w:pPr>
          </w:p>
        </w:tc>
      </w:tr>
    </w:tbl>
    <w:p w14:paraId="709CFE55" w14:textId="77777777" w:rsidR="002C19D2" w:rsidRPr="002C19D2" w:rsidRDefault="002C19D2" w:rsidP="002C19D2">
      <w:pPr>
        <w:rPr>
          <w:rFonts w:ascii="ＭＳ 明朝" w:eastAsia="ＭＳ 明朝" w:hAnsi="ＭＳ 明朝"/>
          <w:sz w:val="21"/>
        </w:rPr>
      </w:pPr>
    </w:p>
    <w:p w14:paraId="1541760C" w14:textId="77777777" w:rsidR="00623A9C" w:rsidRDefault="00623A9C" w:rsidP="00623A9C"/>
    <w:p w14:paraId="4B0D4702" w14:textId="77777777" w:rsidR="00623A9C" w:rsidRDefault="00623A9C">
      <w:pPr>
        <w:rPr>
          <w:lang w:eastAsia="ja-JP"/>
        </w:rPr>
        <w:sectPr w:rsidR="00623A9C" w:rsidSect="00623A9C">
          <w:pgSz w:w="11906" w:h="16838" w:code="9"/>
          <w:pgMar w:top="624" w:right="907" w:bottom="454" w:left="907" w:header="720" w:footer="720" w:gutter="0"/>
          <w:cols w:space="720"/>
          <w:docGrid w:linePitch="360"/>
        </w:sectPr>
      </w:pPr>
    </w:p>
    <w:p w14:paraId="364217F5" w14:textId="77777777" w:rsidR="00623A9C" w:rsidRDefault="00623A9C" w:rsidP="00623A9C">
      <w:pPr>
        <w:spacing w:after="0"/>
        <w:rPr>
          <w:sz w:val="20"/>
        </w:rPr>
      </w:pPr>
    </w:p>
    <w:p w14:paraId="209DECE5" w14:textId="77777777" w:rsidR="00623A9C" w:rsidRDefault="00623A9C" w:rsidP="00623A9C">
      <w:pPr>
        <w:spacing w:after="0"/>
      </w:pPr>
      <w:r>
        <w:rPr>
          <w:sz w:val="20"/>
        </w:rPr>
        <w:t>（様式第２号　交付申請書　添付書類）</w:t>
      </w:r>
    </w:p>
    <w:p w14:paraId="6595CD54" w14:textId="77777777" w:rsidR="00623A9C" w:rsidRDefault="00623A9C" w:rsidP="00623A9C">
      <w:pPr>
        <w:spacing w:after="120"/>
        <w:rPr>
          <w:sz w:val="24"/>
          <w:lang w:eastAsia="ja-JP"/>
        </w:rPr>
      </w:pPr>
    </w:p>
    <w:tbl>
      <w:tblPr>
        <w:tblStyle w:val="afe"/>
        <w:tblW w:w="0" w:type="auto"/>
        <w:tblInd w:w="9606" w:type="dxa"/>
        <w:tblLook w:val="04A0" w:firstRow="1" w:lastRow="0" w:firstColumn="1" w:lastColumn="0" w:noHBand="0" w:noVBand="1"/>
      </w:tblPr>
      <w:tblGrid>
        <w:gridCol w:w="1417"/>
        <w:gridCol w:w="3030"/>
      </w:tblGrid>
      <w:tr w:rsidR="00623A9C" w14:paraId="4EF18935" w14:textId="77777777" w:rsidTr="002448E0">
        <w:trPr>
          <w:trHeight w:val="354"/>
        </w:trPr>
        <w:tc>
          <w:tcPr>
            <w:tcW w:w="1417" w:type="dxa"/>
          </w:tcPr>
          <w:p w14:paraId="3EF2FBF0" w14:textId="77777777" w:rsidR="00623A9C" w:rsidRDefault="00623A9C" w:rsidP="002448E0">
            <w:pPr>
              <w:spacing w:after="120"/>
              <w:ind w:firstLineChars="100" w:firstLine="240"/>
              <w:rPr>
                <w:sz w:val="24"/>
                <w:lang w:eastAsia="ja-JP"/>
              </w:rPr>
            </w:pPr>
            <w:r>
              <w:rPr>
                <w:rFonts w:hint="eastAsia"/>
                <w:sz w:val="24"/>
                <w:lang w:eastAsia="ja-JP"/>
              </w:rPr>
              <w:t>地区名</w:t>
            </w:r>
          </w:p>
        </w:tc>
        <w:tc>
          <w:tcPr>
            <w:tcW w:w="3030" w:type="dxa"/>
          </w:tcPr>
          <w:p w14:paraId="0AB7F9A9" w14:textId="77777777" w:rsidR="00623A9C" w:rsidRDefault="00623A9C" w:rsidP="002448E0">
            <w:pPr>
              <w:spacing w:after="120"/>
              <w:jc w:val="center"/>
              <w:rPr>
                <w:sz w:val="24"/>
                <w:lang w:eastAsia="ja-JP"/>
              </w:rPr>
            </w:pPr>
          </w:p>
        </w:tc>
      </w:tr>
      <w:tr w:rsidR="00623A9C" w14:paraId="6187A30C" w14:textId="77777777" w:rsidTr="002448E0">
        <w:tc>
          <w:tcPr>
            <w:tcW w:w="1417" w:type="dxa"/>
          </w:tcPr>
          <w:p w14:paraId="232994AA" w14:textId="77777777" w:rsidR="00623A9C" w:rsidRDefault="00623A9C" w:rsidP="002448E0">
            <w:pPr>
              <w:spacing w:after="120"/>
              <w:jc w:val="center"/>
              <w:rPr>
                <w:sz w:val="24"/>
                <w:lang w:eastAsia="ja-JP"/>
              </w:rPr>
            </w:pPr>
            <w:r>
              <w:rPr>
                <w:rFonts w:hint="eastAsia"/>
                <w:sz w:val="24"/>
                <w:lang w:eastAsia="ja-JP"/>
              </w:rPr>
              <w:t>事業名</w:t>
            </w:r>
          </w:p>
        </w:tc>
        <w:tc>
          <w:tcPr>
            <w:tcW w:w="3030" w:type="dxa"/>
          </w:tcPr>
          <w:p w14:paraId="0D391281" w14:textId="77777777" w:rsidR="00623A9C" w:rsidRDefault="00623A9C" w:rsidP="002448E0">
            <w:pPr>
              <w:spacing w:after="120"/>
              <w:jc w:val="center"/>
              <w:rPr>
                <w:sz w:val="24"/>
                <w:lang w:eastAsia="ja-JP"/>
              </w:rPr>
            </w:pPr>
          </w:p>
        </w:tc>
      </w:tr>
    </w:tbl>
    <w:p w14:paraId="2B86E870" w14:textId="77777777" w:rsidR="00623A9C" w:rsidRDefault="00623A9C" w:rsidP="00623A9C">
      <w:pPr>
        <w:spacing w:after="120"/>
        <w:jc w:val="center"/>
        <w:rPr>
          <w:sz w:val="24"/>
          <w:lang w:eastAsia="ja-JP"/>
        </w:rPr>
      </w:pPr>
    </w:p>
    <w:p w14:paraId="718FEBCC" w14:textId="77777777" w:rsidR="00623A9C" w:rsidRDefault="00623A9C" w:rsidP="00623A9C">
      <w:pPr>
        <w:spacing w:after="120"/>
        <w:jc w:val="center"/>
        <w:rPr>
          <w:sz w:val="24"/>
          <w:lang w:eastAsia="ja-JP"/>
        </w:rPr>
      </w:pPr>
    </w:p>
    <w:p w14:paraId="3955EC84" w14:textId="77777777" w:rsidR="00623A9C" w:rsidRPr="002A0C3D" w:rsidRDefault="00623A9C" w:rsidP="00623A9C">
      <w:pPr>
        <w:spacing w:after="120"/>
        <w:ind w:left="6480"/>
        <w:rPr>
          <w:sz w:val="28"/>
          <w:lang w:eastAsia="ja-JP"/>
        </w:rPr>
      </w:pPr>
      <w:r w:rsidRPr="002A0C3D">
        <w:rPr>
          <w:sz w:val="28"/>
        </w:rPr>
        <w:t>令和　　　年度</w:t>
      </w:r>
    </w:p>
    <w:p w14:paraId="305F6416" w14:textId="77777777" w:rsidR="00623A9C" w:rsidRDefault="00623A9C" w:rsidP="00623A9C">
      <w:pPr>
        <w:spacing w:after="120"/>
        <w:ind w:left="6480"/>
        <w:rPr>
          <w:lang w:eastAsia="ja-JP"/>
        </w:rPr>
      </w:pPr>
    </w:p>
    <w:p w14:paraId="568F7B8E" w14:textId="77777777" w:rsidR="00623A9C" w:rsidRDefault="00623A9C" w:rsidP="00623A9C">
      <w:pPr>
        <w:spacing w:after="120"/>
        <w:jc w:val="center"/>
      </w:pPr>
      <w:r>
        <w:rPr>
          <w:b/>
          <w:sz w:val="36"/>
        </w:rPr>
        <w:t>補　助　事　業　計　画　書</w:t>
      </w:r>
    </w:p>
    <w:p w14:paraId="5983CF13" w14:textId="77777777" w:rsidR="00623A9C" w:rsidRDefault="00623A9C" w:rsidP="00623A9C">
      <w:pPr>
        <w:spacing w:after="120"/>
        <w:rPr>
          <w:lang w:eastAsia="ja-JP"/>
        </w:rPr>
      </w:pPr>
    </w:p>
    <w:p w14:paraId="30ABF999" w14:textId="77777777" w:rsidR="00623A9C" w:rsidRDefault="00623A9C" w:rsidP="00623A9C">
      <w:pPr>
        <w:spacing w:after="120"/>
        <w:rPr>
          <w:lang w:eastAsia="ja-JP"/>
        </w:rPr>
      </w:pPr>
    </w:p>
    <w:p w14:paraId="5093396C" w14:textId="77777777" w:rsidR="00623A9C" w:rsidRDefault="00623A9C" w:rsidP="00623A9C">
      <w:pPr>
        <w:spacing w:after="120"/>
        <w:rPr>
          <w:lang w:eastAsia="ja-JP"/>
        </w:rPr>
      </w:pPr>
    </w:p>
    <w:p w14:paraId="3B0ED214" w14:textId="77777777" w:rsidR="00623A9C" w:rsidRPr="002A0C3D" w:rsidRDefault="00623A9C" w:rsidP="00623A9C">
      <w:pPr>
        <w:spacing w:after="40"/>
        <w:ind w:leftChars="686" w:left="1303"/>
        <w:rPr>
          <w:sz w:val="22"/>
          <w:lang w:eastAsia="ja-JP"/>
        </w:rPr>
      </w:pPr>
      <w:r w:rsidRPr="002A0C3D">
        <w:rPr>
          <w:b/>
          <w:sz w:val="22"/>
          <w:lang w:eastAsia="ja-JP"/>
        </w:rPr>
        <w:t>作成上の留意点</w:t>
      </w:r>
    </w:p>
    <w:p w14:paraId="429E2E0B" w14:textId="77777777" w:rsidR="00623A9C" w:rsidRPr="002A0C3D" w:rsidRDefault="00623A9C" w:rsidP="00623A9C">
      <w:pPr>
        <w:spacing w:after="0" w:line="180" w:lineRule="auto"/>
        <w:ind w:leftChars="686" w:left="1303"/>
        <w:rPr>
          <w:sz w:val="24"/>
          <w:lang w:eastAsia="ja-JP"/>
        </w:rPr>
      </w:pPr>
      <w:r w:rsidRPr="002A0C3D">
        <w:rPr>
          <w:lang w:eastAsia="ja-JP"/>
        </w:rPr>
        <w:t>様式第２号の３～７は、同様の書式であればそれに替えても差支えない。（事業担当課の指示に従うこと。）</w:t>
      </w:r>
    </w:p>
    <w:p w14:paraId="49594199" w14:textId="77777777" w:rsidR="00623A9C" w:rsidRPr="002A0C3D" w:rsidRDefault="00623A9C" w:rsidP="00623A9C">
      <w:pPr>
        <w:spacing w:after="0" w:line="180" w:lineRule="auto"/>
        <w:ind w:leftChars="686" w:left="1303"/>
        <w:rPr>
          <w:sz w:val="24"/>
          <w:lang w:eastAsia="ja-JP"/>
        </w:rPr>
      </w:pPr>
      <w:r w:rsidRPr="002A0C3D">
        <w:rPr>
          <w:lang w:eastAsia="ja-JP"/>
        </w:rPr>
        <w:t>事業によっては、省略できる書類があるため、事業担当課の指示に従うこと。</w:t>
      </w:r>
    </w:p>
    <w:p w14:paraId="734B479F" w14:textId="18B7D5D2" w:rsidR="00623A9C" w:rsidRDefault="00623A9C">
      <w:pPr>
        <w:rPr>
          <w:lang w:eastAsia="ja-JP"/>
        </w:rPr>
      </w:pPr>
      <w:r>
        <w:rPr>
          <w:lang w:eastAsia="ja-JP"/>
        </w:rPr>
        <w:br w:type="page"/>
      </w:r>
    </w:p>
    <w:p w14:paraId="30C07B8F" w14:textId="77777777" w:rsidR="00623A9C" w:rsidRDefault="00623A9C" w:rsidP="00623A9C">
      <w:pPr>
        <w:spacing w:after="20"/>
        <w:rPr>
          <w:lang w:eastAsia="ja-JP"/>
        </w:rPr>
      </w:pPr>
      <w:r>
        <w:rPr>
          <w:sz w:val="20"/>
          <w:lang w:eastAsia="ja-JP"/>
        </w:rPr>
        <w:t>（様式第２号の２　交付申請書　添付書類）</w:t>
      </w:r>
    </w:p>
    <w:p w14:paraId="6350DAD7" w14:textId="77777777" w:rsidR="00623A9C" w:rsidRDefault="00623A9C" w:rsidP="00623A9C">
      <w:pPr>
        <w:spacing w:after="160"/>
        <w:jc w:val="center"/>
      </w:pPr>
      <w:r>
        <w:rPr>
          <w:sz w:val="30"/>
        </w:rPr>
        <w:t>事　業　計　画　説　明　書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10035"/>
      </w:tblGrid>
      <w:tr w:rsidR="00623A9C" w14:paraId="19DD01EB" w14:textId="77777777" w:rsidTr="002448E0">
        <w:trPr>
          <w:trHeight w:val="567"/>
          <w:jc w:val="center"/>
        </w:trPr>
        <w:tc>
          <w:tcPr>
            <w:tcW w:w="2381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FE8454B" w14:textId="77777777" w:rsidR="00623A9C" w:rsidRDefault="00623A9C" w:rsidP="002448E0">
            <w:pPr>
              <w:spacing w:after="0"/>
            </w:pPr>
            <w:r>
              <w:t>１．事業名</w:t>
            </w:r>
          </w:p>
        </w:tc>
        <w:tc>
          <w:tcPr>
            <w:tcW w:w="10035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CB72A41" w14:textId="77777777" w:rsidR="00623A9C" w:rsidRDefault="00623A9C" w:rsidP="002448E0">
            <w:pPr>
              <w:spacing w:after="0"/>
            </w:pPr>
          </w:p>
        </w:tc>
      </w:tr>
      <w:tr w:rsidR="00623A9C" w14:paraId="6F3BB23F" w14:textId="77777777" w:rsidTr="002448E0">
        <w:trPr>
          <w:trHeight w:val="525"/>
          <w:jc w:val="center"/>
        </w:trPr>
        <w:tc>
          <w:tcPr>
            <w:tcW w:w="2381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E9F430D" w14:textId="77777777" w:rsidR="00623A9C" w:rsidRDefault="00623A9C" w:rsidP="002448E0">
            <w:pPr>
              <w:spacing w:after="0"/>
            </w:pPr>
            <w:r>
              <w:t>２．実施場所</w:t>
            </w:r>
          </w:p>
        </w:tc>
        <w:tc>
          <w:tcPr>
            <w:tcW w:w="10035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EDC29C8" w14:textId="77777777" w:rsidR="00623A9C" w:rsidRDefault="00623A9C" w:rsidP="002448E0">
            <w:pPr>
              <w:spacing w:after="0"/>
              <w:ind w:firstLineChars="200" w:firstLine="380"/>
            </w:pPr>
            <w:r>
              <w:t>神戸市　　　　区　　　　町</w:t>
            </w:r>
          </w:p>
        </w:tc>
      </w:tr>
      <w:tr w:rsidR="00623A9C" w14:paraId="74821AE2" w14:textId="77777777" w:rsidTr="002448E0">
        <w:trPr>
          <w:trHeight w:val="623"/>
          <w:jc w:val="center"/>
        </w:trPr>
        <w:tc>
          <w:tcPr>
            <w:tcW w:w="2381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0321DDC" w14:textId="77777777" w:rsidR="00623A9C" w:rsidRDefault="00623A9C" w:rsidP="002448E0">
            <w:pPr>
              <w:spacing w:after="0"/>
              <w:rPr>
                <w:lang w:eastAsia="ja-JP"/>
              </w:rPr>
            </w:pPr>
            <w:r>
              <w:rPr>
                <w:lang w:eastAsia="ja-JP"/>
              </w:rPr>
              <w:t>３．受益農家戸数</w:t>
            </w:r>
            <w:r>
              <w:rPr>
                <w:lang w:eastAsia="ja-JP"/>
              </w:rPr>
              <w:br/>
              <w:t xml:space="preserve">　　及び受益面積</w:t>
            </w:r>
          </w:p>
        </w:tc>
        <w:tc>
          <w:tcPr>
            <w:tcW w:w="10035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DB06E3D" w14:textId="77777777" w:rsidR="00623A9C" w:rsidRDefault="00623A9C" w:rsidP="002448E0">
            <w:pPr>
              <w:spacing w:after="0"/>
              <w:jc w:val="center"/>
              <w:rPr>
                <w:lang w:eastAsia="ja-JP"/>
              </w:rPr>
            </w:pPr>
            <w:r>
              <w:rPr>
                <w:lang w:eastAsia="ja-JP"/>
              </w:rPr>
              <w:t xml:space="preserve">　　　　　　　　　　　　　　戸　　　　　　　　　　　　　　　　　　　　ヘクタール</w:t>
            </w:r>
          </w:p>
        </w:tc>
      </w:tr>
      <w:tr w:rsidR="00623A9C" w14:paraId="4B9D4C7D" w14:textId="77777777" w:rsidTr="002448E0">
        <w:trPr>
          <w:trHeight w:val="680"/>
          <w:jc w:val="center"/>
        </w:trPr>
        <w:tc>
          <w:tcPr>
            <w:tcW w:w="2381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E4E52B4" w14:textId="77777777" w:rsidR="00623A9C" w:rsidRDefault="00623A9C" w:rsidP="002448E0">
            <w:pPr>
              <w:spacing w:after="0"/>
            </w:pPr>
            <w:r>
              <w:t>４．事業量及び事業費</w:t>
            </w:r>
          </w:p>
        </w:tc>
        <w:tc>
          <w:tcPr>
            <w:tcW w:w="10035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DC78DF1" w14:textId="77777777" w:rsidR="00623A9C" w:rsidRDefault="00623A9C" w:rsidP="002448E0">
            <w:pPr>
              <w:spacing w:after="0"/>
            </w:pPr>
          </w:p>
        </w:tc>
      </w:tr>
      <w:tr w:rsidR="00623A9C" w14:paraId="0542C998" w14:textId="77777777" w:rsidTr="002448E0">
        <w:trPr>
          <w:trHeight w:val="680"/>
          <w:jc w:val="center"/>
        </w:trPr>
        <w:tc>
          <w:tcPr>
            <w:tcW w:w="2381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C8C2D80" w14:textId="77777777" w:rsidR="00623A9C" w:rsidRDefault="00623A9C" w:rsidP="002448E0">
            <w:pPr>
              <w:spacing w:after="0"/>
            </w:pPr>
            <w:r>
              <w:t>５．現況及び目的</w:t>
            </w:r>
          </w:p>
        </w:tc>
        <w:tc>
          <w:tcPr>
            <w:tcW w:w="10035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8BA7C63" w14:textId="77777777" w:rsidR="00623A9C" w:rsidRDefault="00623A9C" w:rsidP="002448E0">
            <w:pPr>
              <w:spacing w:after="0"/>
            </w:pPr>
          </w:p>
        </w:tc>
      </w:tr>
      <w:tr w:rsidR="00623A9C" w14:paraId="64D77C01" w14:textId="77777777" w:rsidTr="002448E0">
        <w:trPr>
          <w:trHeight w:val="680"/>
          <w:jc w:val="center"/>
        </w:trPr>
        <w:tc>
          <w:tcPr>
            <w:tcW w:w="2381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E3C87B6" w14:textId="77777777" w:rsidR="00623A9C" w:rsidRDefault="00623A9C" w:rsidP="002448E0">
            <w:pPr>
              <w:spacing w:after="0"/>
            </w:pPr>
            <w:r>
              <w:t>６．計画の概要</w:t>
            </w:r>
          </w:p>
        </w:tc>
        <w:tc>
          <w:tcPr>
            <w:tcW w:w="10035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32F3380" w14:textId="77777777" w:rsidR="00623A9C" w:rsidRDefault="00623A9C" w:rsidP="002448E0">
            <w:pPr>
              <w:spacing w:after="0"/>
            </w:pPr>
          </w:p>
        </w:tc>
      </w:tr>
      <w:tr w:rsidR="00623A9C" w14:paraId="1C2B2BFD" w14:textId="77777777" w:rsidTr="002448E0">
        <w:trPr>
          <w:trHeight w:val="623"/>
          <w:jc w:val="center"/>
        </w:trPr>
        <w:tc>
          <w:tcPr>
            <w:tcW w:w="2381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9BD2FA5" w14:textId="77777777" w:rsidR="00623A9C" w:rsidRDefault="00623A9C" w:rsidP="002448E0">
            <w:pPr>
              <w:spacing w:after="0"/>
            </w:pPr>
            <w:r>
              <w:t>７．実施方法</w:t>
            </w:r>
          </w:p>
        </w:tc>
        <w:tc>
          <w:tcPr>
            <w:tcW w:w="10035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9D99B65" w14:textId="77777777" w:rsidR="00623A9C" w:rsidRDefault="00623A9C" w:rsidP="002448E0">
            <w:pPr>
              <w:spacing w:after="0"/>
            </w:pPr>
          </w:p>
        </w:tc>
      </w:tr>
      <w:tr w:rsidR="00623A9C" w14:paraId="6AA00FE4" w14:textId="77777777" w:rsidTr="002448E0">
        <w:trPr>
          <w:trHeight w:val="524"/>
          <w:jc w:val="center"/>
        </w:trPr>
        <w:tc>
          <w:tcPr>
            <w:tcW w:w="2381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F434886" w14:textId="77777777" w:rsidR="00623A9C" w:rsidRDefault="00623A9C" w:rsidP="002448E0">
            <w:pPr>
              <w:spacing w:after="0"/>
            </w:pPr>
            <w:r>
              <w:t>８．実施期間</w:t>
            </w:r>
          </w:p>
        </w:tc>
        <w:tc>
          <w:tcPr>
            <w:tcW w:w="10035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3421EB0" w14:textId="77777777" w:rsidR="00623A9C" w:rsidRPr="00C37D07" w:rsidRDefault="00623A9C" w:rsidP="002448E0">
            <w:pPr>
              <w:spacing w:after="0"/>
              <w:ind w:firstLineChars="500" w:firstLine="950"/>
            </w:pPr>
            <w:r w:rsidRPr="00C37D07">
              <w:t>着手予定　令和　　年　　月　　日　　　　完了予定　令和　　年　　月　　日</w:t>
            </w:r>
          </w:p>
        </w:tc>
      </w:tr>
      <w:tr w:rsidR="00623A9C" w14:paraId="4DF3E780" w14:textId="77777777" w:rsidTr="002448E0">
        <w:trPr>
          <w:trHeight w:val="406"/>
          <w:jc w:val="center"/>
        </w:trPr>
        <w:tc>
          <w:tcPr>
            <w:tcW w:w="2381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98E8262" w14:textId="77777777" w:rsidR="00623A9C" w:rsidRDefault="00623A9C" w:rsidP="002448E0">
            <w:pPr>
              <w:spacing w:after="0"/>
            </w:pPr>
            <w:r>
              <w:t>９．実施後の管理方法</w:t>
            </w:r>
          </w:p>
        </w:tc>
        <w:tc>
          <w:tcPr>
            <w:tcW w:w="10035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B2CBA4E" w14:textId="77777777" w:rsidR="00623A9C" w:rsidRDefault="00623A9C" w:rsidP="002448E0">
            <w:pPr>
              <w:spacing w:after="0"/>
            </w:pPr>
          </w:p>
        </w:tc>
      </w:tr>
      <w:tr w:rsidR="00623A9C" w14:paraId="587BB1EF" w14:textId="77777777" w:rsidTr="002448E0">
        <w:trPr>
          <w:trHeight w:val="567"/>
          <w:jc w:val="center"/>
        </w:trPr>
        <w:tc>
          <w:tcPr>
            <w:tcW w:w="2381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104F6F0" w14:textId="77777777" w:rsidR="00623A9C" w:rsidRDefault="00623A9C" w:rsidP="002448E0">
            <w:pPr>
              <w:spacing w:after="0"/>
            </w:pPr>
            <w:r>
              <w:t>10．事業の効果</w:t>
            </w:r>
          </w:p>
        </w:tc>
        <w:tc>
          <w:tcPr>
            <w:tcW w:w="10035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6821C12" w14:textId="77777777" w:rsidR="00623A9C" w:rsidRDefault="00623A9C" w:rsidP="002448E0">
            <w:pPr>
              <w:spacing w:after="0"/>
            </w:pPr>
          </w:p>
        </w:tc>
      </w:tr>
      <w:tr w:rsidR="00623A9C" w14:paraId="20F3AC0F" w14:textId="77777777" w:rsidTr="002448E0">
        <w:trPr>
          <w:trHeight w:val="707"/>
          <w:jc w:val="center"/>
        </w:trPr>
        <w:tc>
          <w:tcPr>
            <w:tcW w:w="2381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C65FE09" w14:textId="77777777" w:rsidR="00623A9C" w:rsidRDefault="00623A9C" w:rsidP="002448E0">
            <w:pPr>
              <w:spacing w:after="0"/>
              <w:ind w:firstLineChars="200" w:firstLine="380"/>
            </w:pPr>
            <w:r>
              <w:t>摘　　　　要</w:t>
            </w:r>
          </w:p>
        </w:tc>
        <w:tc>
          <w:tcPr>
            <w:tcW w:w="10035" w:type="dx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FCF5B71" w14:textId="77777777" w:rsidR="00623A9C" w:rsidRDefault="00623A9C" w:rsidP="002448E0">
            <w:pPr>
              <w:spacing w:after="0"/>
            </w:pPr>
          </w:p>
        </w:tc>
      </w:tr>
    </w:tbl>
    <w:p w14:paraId="39488DA7" w14:textId="77777777" w:rsidR="002C19D2" w:rsidRDefault="002C19D2" w:rsidP="00623A9C">
      <w:pPr>
        <w:spacing w:after="60"/>
      </w:pPr>
    </w:p>
    <w:p w14:paraId="60E8550D" w14:textId="2CAB0E19" w:rsidR="00623A9C" w:rsidRDefault="00623A9C" w:rsidP="00623A9C">
      <w:pPr>
        <w:spacing w:after="60"/>
      </w:pPr>
      <w:r w:rsidRPr="00474B55">
        <w:t>（様式第３号　交付申請書　添付書類）</w:t>
      </w:r>
    </w:p>
    <w:p w14:paraId="4C13ADA3" w14:textId="77777777" w:rsidR="00623A9C" w:rsidRPr="00474B55" w:rsidRDefault="00623A9C" w:rsidP="00623A9C">
      <w:pPr>
        <w:spacing w:after="60"/>
        <w:rPr>
          <w:sz w:val="22"/>
        </w:rPr>
      </w:pPr>
    </w:p>
    <w:p w14:paraId="29F91EDB" w14:textId="77777777" w:rsidR="00623A9C" w:rsidRDefault="00623A9C" w:rsidP="00623A9C">
      <w:pPr>
        <w:spacing w:after="160"/>
        <w:jc w:val="center"/>
      </w:pPr>
      <w:r>
        <w:rPr>
          <w:b/>
          <w:sz w:val="32"/>
        </w:rPr>
        <w:t>収　支　予　算　書</w:t>
      </w:r>
    </w:p>
    <w:tbl>
      <w:tblPr>
        <w:tblW w:w="0" w:type="auto"/>
        <w:jc w:val="center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1927"/>
        <w:gridCol w:w="2268"/>
        <w:gridCol w:w="2608"/>
        <w:gridCol w:w="1927"/>
        <w:gridCol w:w="2268"/>
      </w:tblGrid>
      <w:tr w:rsidR="00623A9C" w14:paraId="27DAC8A2" w14:textId="77777777" w:rsidTr="002448E0">
        <w:trPr>
          <w:trHeight w:val="693"/>
          <w:jc w:val="center"/>
        </w:trPr>
        <w:tc>
          <w:tcPr>
            <w:tcW w:w="6803" w:type="dxa"/>
            <w:gridSpan w:val="3"/>
            <w:vAlign w:val="center"/>
          </w:tcPr>
          <w:p w14:paraId="55218CD3" w14:textId="77777777" w:rsidR="00623A9C" w:rsidRDefault="00623A9C" w:rsidP="002448E0">
            <w:pPr>
              <w:spacing w:after="0"/>
              <w:jc w:val="center"/>
            </w:pPr>
            <w:r>
              <w:rPr>
                <w:sz w:val="22"/>
              </w:rPr>
              <w:t>収入</w:t>
            </w:r>
          </w:p>
        </w:tc>
        <w:tc>
          <w:tcPr>
            <w:tcW w:w="6803" w:type="dxa"/>
            <w:gridSpan w:val="3"/>
            <w:vAlign w:val="center"/>
          </w:tcPr>
          <w:p w14:paraId="03246F9F" w14:textId="77777777" w:rsidR="00623A9C" w:rsidRDefault="00623A9C" w:rsidP="002448E0">
            <w:pPr>
              <w:spacing w:after="0"/>
              <w:jc w:val="center"/>
            </w:pPr>
            <w:r>
              <w:rPr>
                <w:sz w:val="22"/>
              </w:rPr>
              <w:t>支出</w:t>
            </w:r>
          </w:p>
        </w:tc>
      </w:tr>
      <w:tr w:rsidR="00623A9C" w14:paraId="7701267F" w14:textId="77777777" w:rsidTr="002448E0">
        <w:trPr>
          <w:trHeight w:val="689"/>
          <w:jc w:val="center"/>
        </w:trPr>
        <w:tc>
          <w:tcPr>
            <w:tcW w:w="2608" w:type="dxa"/>
            <w:vAlign w:val="center"/>
          </w:tcPr>
          <w:p w14:paraId="0F4FA63B" w14:textId="77777777" w:rsidR="00623A9C" w:rsidRDefault="00623A9C" w:rsidP="002448E0">
            <w:pPr>
              <w:spacing w:after="0"/>
              <w:jc w:val="center"/>
            </w:pPr>
            <w:r>
              <w:rPr>
                <w:sz w:val="20"/>
              </w:rPr>
              <w:t>科目</w:t>
            </w:r>
          </w:p>
        </w:tc>
        <w:tc>
          <w:tcPr>
            <w:tcW w:w="1927" w:type="dxa"/>
            <w:vAlign w:val="center"/>
          </w:tcPr>
          <w:p w14:paraId="7DA8D276" w14:textId="77777777" w:rsidR="00623A9C" w:rsidRDefault="00623A9C" w:rsidP="002448E0">
            <w:pPr>
              <w:spacing w:after="0"/>
              <w:jc w:val="center"/>
            </w:pPr>
            <w:r>
              <w:rPr>
                <w:sz w:val="20"/>
              </w:rPr>
              <w:t>予算額</w:t>
            </w:r>
          </w:p>
        </w:tc>
        <w:tc>
          <w:tcPr>
            <w:tcW w:w="2268" w:type="dxa"/>
            <w:vAlign w:val="center"/>
          </w:tcPr>
          <w:p w14:paraId="509EFF70" w14:textId="77777777" w:rsidR="00623A9C" w:rsidRDefault="00623A9C" w:rsidP="002448E0">
            <w:pPr>
              <w:spacing w:after="0"/>
              <w:jc w:val="center"/>
            </w:pPr>
            <w:r>
              <w:rPr>
                <w:sz w:val="20"/>
              </w:rPr>
              <w:t>摘要</w:t>
            </w:r>
          </w:p>
        </w:tc>
        <w:tc>
          <w:tcPr>
            <w:tcW w:w="2608" w:type="dxa"/>
            <w:vAlign w:val="center"/>
          </w:tcPr>
          <w:p w14:paraId="7EBA4E37" w14:textId="77777777" w:rsidR="00623A9C" w:rsidRDefault="00623A9C" w:rsidP="002448E0">
            <w:pPr>
              <w:spacing w:after="0"/>
              <w:jc w:val="center"/>
            </w:pPr>
            <w:r>
              <w:rPr>
                <w:sz w:val="20"/>
              </w:rPr>
              <w:t>科目</w:t>
            </w:r>
          </w:p>
        </w:tc>
        <w:tc>
          <w:tcPr>
            <w:tcW w:w="1927" w:type="dxa"/>
            <w:vAlign w:val="center"/>
          </w:tcPr>
          <w:p w14:paraId="4C578EB6" w14:textId="77777777" w:rsidR="00623A9C" w:rsidRDefault="00623A9C" w:rsidP="002448E0">
            <w:pPr>
              <w:spacing w:after="0"/>
              <w:jc w:val="center"/>
            </w:pPr>
            <w:r>
              <w:rPr>
                <w:sz w:val="20"/>
              </w:rPr>
              <w:t>予算額</w:t>
            </w:r>
          </w:p>
        </w:tc>
        <w:tc>
          <w:tcPr>
            <w:tcW w:w="2268" w:type="dxa"/>
            <w:vAlign w:val="center"/>
          </w:tcPr>
          <w:p w14:paraId="560ACA56" w14:textId="77777777" w:rsidR="00623A9C" w:rsidRDefault="00623A9C" w:rsidP="002448E0">
            <w:pPr>
              <w:spacing w:after="0"/>
              <w:jc w:val="center"/>
            </w:pPr>
            <w:r>
              <w:rPr>
                <w:sz w:val="20"/>
              </w:rPr>
              <w:t>摘要</w:t>
            </w:r>
          </w:p>
        </w:tc>
      </w:tr>
      <w:tr w:rsidR="00623A9C" w14:paraId="211985AC" w14:textId="77777777" w:rsidTr="002448E0">
        <w:trPr>
          <w:trHeight w:val="595"/>
          <w:jc w:val="center"/>
        </w:trPr>
        <w:tc>
          <w:tcPr>
            <w:tcW w:w="2608" w:type="dxa"/>
            <w:vAlign w:val="center"/>
          </w:tcPr>
          <w:p w14:paraId="022ECD80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1927" w:type="dxa"/>
            <w:vAlign w:val="center"/>
          </w:tcPr>
          <w:p w14:paraId="588E689D" w14:textId="77777777" w:rsidR="00623A9C" w:rsidRDefault="00623A9C" w:rsidP="002448E0">
            <w:pPr>
              <w:spacing w:after="0"/>
              <w:jc w:val="right"/>
            </w:pPr>
            <w:r>
              <w:t>円</w:t>
            </w:r>
          </w:p>
        </w:tc>
        <w:tc>
          <w:tcPr>
            <w:tcW w:w="2268" w:type="dxa"/>
            <w:vAlign w:val="center"/>
          </w:tcPr>
          <w:p w14:paraId="6A5022F4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2608" w:type="dxa"/>
            <w:vAlign w:val="center"/>
          </w:tcPr>
          <w:p w14:paraId="1F59EC45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1927" w:type="dxa"/>
            <w:vAlign w:val="center"/>
          </w:tcPr>
          <w:p w14:paraId="57C9CFAF" w14:textId="77777777" w:rsidR="00623A9C" w:rsidRDefault="00623A9C" w:rsidP="002448E0">
            <w:pPr>
              <w:spacing w:after="0"/>
              <w:jc w:val="right"/>
            </w:pPr>
            <w:r>
              <w:t>円</w:t>
            </w:r>
          </w:p>
        </w:tc>
        <w:tc>
          <w:tcPr>
            <w:tcW w:w="2268" w:type="dxa"/>
            <w:vAlign w:val="center"/>
          </w:tcPr>
          <w:p w14:paraId="74314463" w14:textId="77777777" w:rsidR="00623A9C" w:rsidRDefault="00623A9C" w:rsidP="002448E0">
            <w:pPr>
              <w:spacing w:after="0"/>
              <w:jc w:val="center"/>
            </w:pPr>
          </w:p>
        </w:tc>
      </w:tr>
      <w:tr w:rsidR="00623A9C" w14:paraId="38628339" w14:textId="77777777" w:rsidTr="002448E0">
        <w:trPr>
          <w:trHeight w:val="595"/>
          <w:jc w:val="center"/>
        </w:trPr>
        <w:tc>
          <w:tcPr>
            <w:tcW w:w="2608" w:type="dxa"/>
            <w:vAlign w:val="center"/>
          </w:tcPr>
          <w:p w14:paraId="6B29ED20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1927" w:type="dxa"/>
            <w:vAlign w:val="center"/>
          </w:tcPr>
          <w:p w14:paraId="427AD611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14:paraId="7D732450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2608" w:type="dxa"/>
            <w:vAlign w:val="center"/>
          </w:tcPr>
          <w:p w14:paraId="4544FE9C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1927" w:type="dxa"/>
            <w:vAlign w:val="center"/>
          </w:tcPr>
          <w:p w14:paraId="02E86FBB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14:paraId="2A13103B" w14:textId="77777777" w:rsidR="00623A9C" w:rsidRDefault="00623A9C" w:rsidP="002448E0">
            <w:pPr>
              <w:spacing w:after="0"/>
              <w:jc w:val="center"/>
            </w:pPr>
          </w:p>
        </w:tc>
      </w:tr>
      <w:tr w:rsidR="00623A9C" w14:paraId="72636190" w14:textId="77777777" w:rsidTr="002448E0">
        <w:trPr>
          <w:trHeight w:val="595"/>
          <w:jc w:val="center"/>
        </w:trPr>
        <w:tc>
          <w:tcPr>
            <w:tcW w:w="2608" w:type="dxa"/>
            <w:vAlign w:val="center"/>
          </w:tcPr>
          <w:p w14:paraId="3650FFBE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1927" w:type="dxa"/>
            <w:vAlign w:val="center"/>
          </w:tcPr>
          <w:p w14:paraId="5C6FF44A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14:paraId="4DFB93AC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2608" w:type="dxa"/>
            <w:vAlign w:val="center"/>
          </w:tcPr>
          <w:p w14:paraId="475D10B0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1927" w:type="dxa"/>
            <w:vAlign w:val="center"/>
          </w:tcPr>
          <w:p w14:paraId="58561CA8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14:paraId="7A96485F" w14:textId="77777777" w:rsidR="00623A9C" w:rsidRDefault="00623A9C" w:rsidP="002448E0">
            <w:pPr>
              <w:spacing w:after="0"/>
              <w:jc w:val="center"/>
            </w:pPr>
          </w:p>
        </w:tc>
      </w:tr>
      <w:tr w:rsidR="00623A9C" w14:paraId="059A4D74" w14:textId="77777777" w:rsidTr="002448E0">
        <w:trPr>
          <w:trHeight w:val="595"/>
          <w:jc w:val="center"/>
        </w:trPr>
        <w:tc>
          <w:tcPr>
            <w:tcW w:w="2608" w:type="dxa"/>
            <w:vAlign w:val="center"/>
          </w:tcPr>
          <w:p w14:paraId="69A2D7A8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1927" w:type="dxa"/>
            <w:vAlign w:val="center"/>
          </w:tcPr>
          <w:p w14:paraId="27383C19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14:paraId="33664C6C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2608" w:type="dxa"/>
            <w:vAlign w:val="center"/>
          </w:tcPr>
          <w:p w14:paraId="768E8DB1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1927" w:type="dxa"/>
            <w:vAlign w:val="center"/>
          </w:tcPr>
          <w:p w14:paraId="55DEC3EC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14:paraId="5E0F220E" w14:textId="77777777" w:rsidR="00623A9C" w:rsidRDefault="00623A9C" w:rsidP="002448E0">
            <w:pPr>
              <w:spacing w:after="0"/>
              <w:jc w:val="center"/>
            </w:pPr>
          </w:p>
        </w:tc>
      </w:tr>
      <w:tr w:rsidR="00623A9C" w14:paraId="66435A4F" w14:textId="77777777" w:rsidTr="002448E0">
        <w:trPr>
          <w:trHeight w:val="595"/>
          <w:jc w:val="center"/>
        </w:trPr>
        <w:tc>
          <w:tcPr>
            <w:tcW w:w="2608" w:type="dxa"/>
            <w:vAlign w:val="center"/>
          </w:tcPr>
          <w:p w14:paraId="0B9A10DE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1927" w:type="dxa"/>
            <w:vAlign w:val="center"/>
          </w:tcPr>
          <w:p w14:paraId="3085D131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14:paraId="18B715A7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2608" w:type="dxa"/>
            <w:vAlign w:val="center"/>
          </w:tcPr>
          <w:p w14:paraId="42C65AC5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1927" w:type="dxa"/>
            <w:vAlign w:val="center"/>
          </w:tcPr>
          <w:p w14:paraId="4E950CC2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14:paraId="47175C79" w14:textId="77777777" w:rsidR="00623A9C" w:rsidRDefault="00623A9C" w:rsidP="002448E0">
            <w:pPr>
              <w:spacing w:after="0"/>
              <w:jc w:val="center"/>
            </w:pPr>
          </w:p>
        </w:tc>
      </w:tr>
      <w:tr w:rsidR="00623A9C" w14:paraId="557A0F0E" w14:textId="77777777" w:rsidTr="002448E0">
        <w:trPr>
          <w:trHeight w:val="595"/>
          <w:jc w:val="center"/>
        </w:trPr>
        <w:tc>
          <w:tcPr>
            <w:tcW w:w="2608" w:type="dxa"/>
            <w:vAlign w:val="center"/>
          </w:tcPr>
          <w:p w14:paraId="40EC660F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1927" w:type="dxa"/>
            <w:vAlign w:val="center"/>
          </w:tcPr>
          <w:p w14:paraId="481433BA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14:paraId="4A113E16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2608" w:type="dxa"/>
            <w:vAlign w:val="center"/>
          </w:tcPr>
          <w:p w14:paraId="1287B1D4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1927" w:type="dxa"/>
            <w:vAlign w:val="center"/>
          </w:tcPr>
          <w:p w14:paraId="7ABDD1B4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14:paraId="5F22CF5D" w14:textId="77777777" w:rsidR="00623A9C" w:rsidRDefault="00623A9C" w:rsidP="002448E0">
            <w:pPr>
              <w:spacing w:after="0"/>
              <w:jc w:val="center"/>
            </w:pPr>
          </w:p>
        </w:tc>
      </w:tr>
      <w:tr w:rsidR="00623A9C" w14:paraId="12F771B1" w14:textId="77777777" w:rsidTr="002448E0">
        <w:trPr>
          <w:trHeight w:val="595"/>
          <w:jc w:val="center"/>
        </w:trPr>
        <w:tc>
          <w:tcPr>
            <w:tcW w:w="2608" w:type="dxa"/>
            <w:vAlign w:val="center"/>
          </w:tcPr>
          <w:p w14:paraId="46A077FC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1927" w:type="dxa"/>
            <w:vAlign w:val="center"/>
          </w:tcPr>
          <w:p w14:paraId="1527C79B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14:paraId="32213C9B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2608" w:type="dxa"/>
            <w:vAlign w:val="center"/>
          </w:tcPr>
          <w:p w14:paraId="401EE219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1927" w:type="dxa"/>
            <w:vAlign w:val="center"/>
          </w:tcPr>
          <w:p w14:paraId="7BD4A01C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14:paraId="270F59DE" w14:textId="77777777" w:rsidR="00623A9C" w:rsidRDefault="00623A9C" w:rsidP="002448E0">
            <w:pPr>
              <w:spacing w:after="0"/>
              <w:jc w:val="center"/>
            </w:pPr>
          </w:p>
        </w:tc>
      </w:tr>
      <w:tr w:rsidR="00623A9C" w14:paraId="7EEDC33E" w14:textId="77777777" w:rsidTr="002448E0">
        <w:trPr>
          <w:trHeight w:val="595"/>
          <w:jc w:val="center"/>
        </w:trPr>
        <w:tc>
          <w:tcPr>
            <w:tcW w:w="2608" w:type="dxa"/>
            <w:vAlign w:val="center"/>
          </w:tcPr>
          <w:p w14:paraId="39D15730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1927" w:type="dxa"/>
            <w:vAlign w:val="center"/>
          </w:tcPr>
          <w:p w14:paraId="2F0A95A5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14:paraId="441BA02D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2608" w:type="dxa"/>
            <w:vAlign w:val="center"/>
          </w:tcPr>
          <w:p w14:paraId="72DCB1E4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1927" w:type="dxa"/>
            <w:vAlign w:val="center"/>
          </w:tcPr>
          <w:p w14:paraId="17A165FA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14:paraId="25D1DBE6" w14:textId="77777777" w:rsidR="00623A9C" w:rsidRDefault="00623A9C" w:rsidP="002448E0">
            <w:pPr>
              <w:spacing w:after="0"/>
              <w:jc w:val="center"/>
            </w:pPr>
          </w:p>
        </w:tc>
      </w:tr>
      <w:tr w:rsidR="00623A9C" w14:paraId="3C97BEF6" w14:textId="77777777" w:rsidTr="002448E0">
        <w:trPr>
          <w:trHeight w:val="510"/>
          <w:jc w:val="center"/>
        </w:trPr>
        <w:tc>
          <w:tcPr>
            <w:tcW w:w="2608" w:type="dxa"/>
            <w:vAlign w:val="center"/>
          </w:tcPr>
          <w:p w14:paraId="026826AD" w14:textId="77777777" w:rsidR="00623A9C" w:rsidRDefault="00623A9C" w:rsidP="002448E0">
            <w:pPr>
              <w:spacing w:after="0"/>
              <w:jc w:val="right"/>
            </w:pPr>
          </w:p>
        </w:tc>
        <w:tc>
          <w:tcPr>
            <w:tcW w:w="1927" w:type="dxa"/>
            <w:vAlign w:val="center"/>
          </w:tcPr>
          <w:p w14:paraId="70A065C7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14:paraId="546D8692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2608" w:type="dxa"/>
            <w:vAlign w:val="center"/>
          </w:tcPr>
          <w:p w14:paraId="08D06296" w14:textId="77777777" w:rsidR="00623A9C" w:rsidRDefault="00623A9C" w:rsidP="002448E0">
            <w:pPr>
              <w:spacing w:after="0"/>
              <w:jc w:val="right"/>
            </w:pPr>
          </w:p>
        </w:tc>
        <w:tc>
          <w:tcPr>
            <w:tcW w:w="1927" w:type="dxa"/>
            <w:vAlign w:val="center"/>
          </w:tcPr>
          <w:p w14:paraId="3D62DC46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14:paraId="14A943B9" w14:textId="77777777" w:rsidR="00623A9C" w:rsidRDefault="00623A9C" w:rsidP="002448E0">
            <w:pPr>
              <w:spacing w:after="0"/>
              <w:jc w:val="center"/>
            </w:pPr>
          </w:p>
        </w:tc>
      </w:tr>
      <w:tr w:rsidR="00623A9C" w14:paraId="0D6AAD9C" w14:textId="77777777" w:rsidTr="002448E0">
        <w:trPr>
          <w:trHeight w:val="721"/>
          <w:jc w:val="center"/>
        </w:trPr>
        <w:tc>
          <w:tcPr>
            <w:tcW w:w="2608" w:type="dxa"/>
            <w:vAlign w:val="center"/>
          </w:tcPr>
          <w:p w14:paraId="2485CA65" w14:textId="77777777" w:rsidR="00623A9C" w:rsidRDefault="00623A9C" w:rsidP="002448E0">
            <w:pPr>
              <w:spacing w:after="0"/>
              <w:jc w:val="center"/>
            </w:pPr>
            <w:r>
              <w:rPr>
                <w:rFonts w:hint="eastAsia"/>
                <w:lang w:eastAsia="ja-JP"/>
              </w:rPr>
              <w:t>合計</w:t>
            </w:r>
          </w:p>
        </w:tc>
        <w:tc>
          <w:tcPr>
            <w:tcW w:w="1927" w:type="dxa"/>
            <w:vAlign w:val="center"/>
          </w:tcPr>
          <w:p w14:paraId="3BB2552A" w14:textId="77777777" w:rsidR="00623A9C" w:rsidRDefault="00623A9C" w:rsidP="002448E0">
            <w:pPr>
              <w:spacing w:after="0"/>
              <w:jc w:val="right"/>
            </w:pPr>
            <w:r>
              <w:t>円</w:t>
            </w:r>
          </w:p>
        </w:tc>
        <w:tc>
          <w:tcPr>
            <w:tcW w:w="2268" w:type="dxa"/>
            <w:vAlign w:val="center"/>
          </w:tcPr>
          <w:p w14:paraId="437A093E" w14:textId="77777777" w:rsidR="00623A9C" w:rsidRDefault="00623A9C" w:rsidP="002448E0">
            <w:pPr>
              <w:spacing w:after="0"/>
              <w:jc w:val="center"/>
            </w:pPr>
          </w:p>
        </w:tc>
        <w:tc>
          <w:tcPr>
            <w:tcW w:w="2608" w:type="dxa"/>
            <w:vAlign w:val="center"/>
          </w:tcPr>
          <w:p w14:paraId="3BC17953" w14:textId="77777777" w:rsidR="00623A9C" w:rsidRDefault="00623A9C" w:rsidP="002448E0">
            <w:pPr>
              <w:spacing w:after="0"/>
              <w:jc w:val="center"/>
            </w:pPr>
            <w:r>
              <w:rPr>
                <w:rFonts w:hint="eastAsia"/>
                <w:lang w:eastAsia="ja-JP"/>
              </w:rPr>
              <w:t>合計</w:t>
            </w:r>
          </w:p>
        </w:tc>
        <w:tc>
          <w:tcPr>
            <w:tcW w:w="1927" w:type="dxa"/>
            <w:vAlign w:val="center"/>
          </w:tcPr>
          <w:p w14:paraId="08582AEA" w14:textId="77777777" w:rsidR="00623A9C" w:rsidRDefault="00623A9C" w:rsidP="002448E0">
            <w:pPr>
              <w:spacing w:after="0"/>
              <w:jc w:val="right"/>
            </w:pPr>
            <w:r>
              <w:t>円</w:t>
            </w:r>
          </w:p>
        </w:tc>
        <w:tc>
          <w:tcPr>
            <w:tcW w:w="2268" w:type="dxa"/>
            <w:vAlign w:val="center"/>
          </w:tcPr>
          <w:p w14:paraId="39730A9B" w14:textId="77777777" w:rsidR="00623A9C" w:rsidRDefault="00623A9C" w:rsidP="002448E0">
            <w:pPr>
              <w:spacing w:after="0"/>
              <w:jc w:val="center"/>
            </w:pPr>
          </w:p>
        </w:tc>
      </w:tr>
    </w:tbl>
    <w:p w14:paraId="42B0F3CA" w14:textId="3B144860" w:rsidR="00623A9C" w:rsidRDefault="00623A9C">
      <w:pPr>
        <w:rPr>
          <w:lang w:eastAsia="ja-JP"/>
        </w:rPr>
        <w:sectPr w:rsidR="00623A9C" w:rsidSect="00034616">
          <w:pgSz w:w="16838" w:h="11906" w:orient="landscape"/>
          <w:pgMar w:top="794" w:right="1020" w:bottom="794" w:left="1020" w:header="720" w:footer="720" w:gutter="0"/>
          <w:cols w:space="720"/>
          <w:docGrid w:linePitch="360"/>
        </w:sectPr>
      </w:pPr>
    </w:p>
    <w:p w14:paraId="7DDABCFA" w14:textId="77777777" w:rsidR="002C19D2" w:rsidRPr="002C19D2" w:rsidRDefault="002C19D2" w:rsidP="002C19D2">
      <w:pPr>
        <w:spacing w:after="360"/>
        <w:rPr>
          <w:rFonts w:ascii="ＭＳ 明朝" w:eastAsia="ＭＳ 明朝" w:hAnsi="ＭＳ 明朝"/>
          <w:sz w:val="21"/>
        </w:rPr>
      </w:pPr>
      <w:r w:rsidRPr="002C19D2">
        <w:rPr>
          <w:rFonts w:ascii="ＭＳ 明朝" w:eastAsia="ＭＳ 明朝" w:hAnsi="ＭＳ 明朝"/>
          <w:sz w:val="21"/>
        </w:rPr>
        <w:t>様式第５号</w:t>
      </w:r>
    </w:p>
    <w:p w14:paraId="4B90CDA9" w14:textId="77777777" w:rsidR="002C19D2" w:rsidRPr="002C19D2" w:rsidRDefault="002C19D2" w:rsidP="002C19D2">
      <w:pPr>
        <w:spacing w:after="140"/>
        <w:jc w:val="center"/>
        <w:rPr>
          <w:rFonts w:ascii="ＭＳ 明朝" w:eastAsia="ＭＳ 明朝" w:hAnsi="ＭＳ 明朝"/>
          <w:sz w:val="21"/>
        </w:rPr>
      </w:pPr>
      <w:r w:rsidRPr="002C19D2">
        <w:rPr>
          <w:rFonts w:ascii="ＭＳ 明朝" w:eastAsia="ＭＳ 明朝" w:hAnsi="ＭＳ 明朝"/>
          <w:sz w:val="30"/>
        </w:rPr>
        <w:t>事業着手届</w:t>
      </w:r>
    </w:p>
    <w:p w14:paraId="0D2EBC91" w14:textId="77777777" w:rsidR="002C19D2" w:rsidRPr="002C19D2" w:rsidRDefault="002C19D2" w:rsidP="002C19D2">
      <w:pPr>
        <w:spacing w:after="40" w:line="360" w:lineRule="auto"/>
        <w:jc w:val="right"/>
        <w:rPr>
          <w:rFonts w:ascii="ＭＳ 明朝" w:eastAsia="ＭＳ 明朝" w:hAnsi="ＭＳ 明朝"/>
          <w:sz w:val="21"/>
        </w:rPr>
      </w:pPr>
      <w:r w:rsidRPr="002C19D2">
        <w:rPr>
          <w:rFonts w:ascii="ＭＳ 明朝" w:eastAsia="ＭＳ 明朝" w:hAnsi="ＭＳ 明朝"/>
          <w:sz w:val="21"/>
        </w:rPr>
        <w:t>第　　　　　号</w:t>
      </w:r>
    </w:p>
    <w:p w14:paraId="5504B6EE" w14:textId="77777777" w:rsidR="002C19D2" w:rsidRPr="002C19D2" w:rsidRDefault="002C19D2" w:rsidP="002C19D2">
      <w:pPr>
        <w:spacing w:after="40" w:line="360" w:lineRule="auto"/>
        <w:jc w:val="right"/>
        <w:rPr>
          <w:rFonts w:ascii="ＭＳ 明朝" w:eastAsia="ＭＳ 明朝" w:hAnsi="ＭＳ 明朝"/>
          <w:sz w:val="21"/>
        </w:rPr>
      </w:pPr>
      <w:r w:rsidRPr="002C19D2">
        <w:rPr>
          <w:rFonts w:ascii="ＭＳ 明朝" w:eastAsia="ＭＳ 明朝" w:hAnsi="ＭＳ 明朝"/>
          <w:sz w:val="21"/>
        </w:rPr>
        <w:t>令和　　年　　月　　日</w:t>
      </w:r>
    </w:p>
    <w:p w14:paraId="30EAA167" w14:textId="77777777" w:rsidR="002C19D2" w:rsidRPr="002C19D2" w:rsidRDefault="002C19D2" w:rsidP="002C19D2">
      <w:pPr>
        <w:spacing w:after="160" w:line="360" w:lineRule="auto"/>
        <w:rPr>
          <w:rFonts w:ascii="ＭＳ 明朝" w:eastAsia="ＭＳ 明朝" w:hAnsi="ＭＳ 明朝"/>
          <w:sz w:val="21"/>
        </w:rPr>
      </w:pPr>
      <w:r w:rsidRPr="002C19D2">
        <w:rPr>
          <w:rFonts w:ascii="ＭＳ 明朝" w:eastAsia="ＭＳ 明朝" w:hAnsi="ＭＳ 明朝"/>
          <w:sz w:val="22"/>
        </w:rPr>
        <w:t>神　戸　市　長　　宛</w:t>
      </w:r>
    </w:p>
    <w:p w14:paraId="343EB733" w14:textId="77777777" w:rsidR="002C19D2" w:rsidRPr="002C19D2" w:rsidRDefault="002C19D2" w:rsidP="002C19D2">
      <w:pPr>
        <w:spacing w:after="20" w:line="360" w:lineRule="auto"/>
        <w:ind w:right="840"/>
        <w:jc w:val="center"/>
        <w:rPr>
          <w:rFonts w:ascii="ＭＳ 明朝" w:eastAsia="ＭＳ 明朝" w:hAnsi="ＭＳ 明朝"/>
          <w:sz w:val="21"/>
        </w:rPr>
      </w:pPr>
      <w:r w:rsidRPr="002C19D2">
        <w:rPr>
          <w:rFonts w:ascii="ＭＳ 明朝" w:eastAsia="ＭＳ 明朝" w:hAnsi="ＭＳ 明朝" w:hint="eastAsia"/>
          <w:sz w:val="21"/>
          <w:lang w:eastAsia="ja-JP"/>
        </w:rPr>
        <w:t xml:space="preserve"> 　　　　　　　　</w:t>
      </w:r>
      <w:r w:rsidRPr="002C19D2">
        <w:rPr>
          <w:rFonts w:ascii="ＭＳ 明朝" w:eastAsia="ＭＳ 明朝" w:hAnsi="ＭＳ 明朝"/>
          <w:sz w:val="21"/>
        </w:rPr>
        <w:t>（届出者）</w:t>
      </w:r>
    </w:p>
    <w:p w14:paraId="6506DDA4" w14:textId="77777777" w:rsidR="002C19D2" w:rsidRPr="002C19D2" w:rsidRDefault="002C19D2" w:rsidP="002C19D2">
      <w:pPr>
        <w:spacing w:after="20" w:line="360" w:lineRule="auto"/>
        <w:ind w:right="840" w:firstLineChars="2300" w:firstLine="4830"/>
        <w:rPr>
          <w:rFonts w:ascii="ＭＳ 明朝" w:eastAsia="ＭＳ 明朝" w:hAnsi="ＭＳ 明朝"/>
          <w:sz w:val="21"/>
          <w:lang w:eastAsia="ja-JP"/>
        </w:rPr>
      </w:pPr>
      <w:r w:rsidRPr="002C19D2">
        <w:rPr>
          <w:rFonts w:ascii="ＭＳ 明朝" w:eastAsia="ＭＳ 明朝" w:hAnsi="ＭＳ 明朝"/>
          <w:sz w:val="21"/>
          <w:lang w:eastAsia="ja-JP"/>
        </w:rPr>
        <w:t xml:space="preserve">住　所　　</w:t>
      </w:r>
    </w:p>
    <w:p w14:paraId="5371CCAC" w14:textId="77777777" w:rsidR="002C19D2" w:rsidRPr="002C19D2" w:rsidRDefault="002C19D2" w:rsidP="002C19D2">
      <w:pPr>
        <w:spacing w:after="20" w:line="360" w:lineRule="auto"/>
        <w:ind w:right="840" w:firstLineChars="2300" w:firstLine="4830"/>
        <w:rPr>
          <w:rFonts w:ascii="ＭＳ 明朝" w:eastAsia="ＭＳ 明朝" w:hAnsi="ＭＳ 明朝"/>
          <w:sz w:val="21"/>
          <w:lang w:eastAsia="ja-JP"/>
        </w:rPr>
      </w:pPr>
      <w:r w:rsidRPr="002C19D2">
        <w:rPr>
          <w:rFonts w:ascii="ＭＳ 明朝" w:eastAsia="ＭＳ 明朝" w:hAnsi="ＭＳ 明朝"/>
          <w:sz w:val="21"/>
          <w:lang w:eastAsia="ja-JP"/>
        </w:rPr>
        <w:t xml:space="preserve">氏　名　　</w:t>
      </w:r>
    </w:p>
    <w:p w14:paraId="4FC5B222" w14:textId="77777777" w:rsidR="002C19D2" w:rsidRPr="002C19D2" w:rsidRDefault="002C19D2" w:rsidP="002C19D2">
      <w:pPr>
        <w:spacing w:before="280" w:after="40" w:line="360" w:lineRule="auto"/>
        <w:rPr>
          <w:rFonts w:ascii="ＭＳ 明朝" w:eastAsia="ＭＳ 明朝" w:hAnsi="ＭＳ 明朝"/>
          <w:sz w:val="21"/>
          <w:lang w:eastAsia="ja-JP"/>
        </w:rPr>
      </w:pPr>
      <w:r w:rsidRPr="002C19D2">
        <w:rPr>
          <w:rFonts w:ascii="ＭＳ 明朝" w:eastAsia="ＭＳ 明朝" w:hAnsi="ＭＳ 明朝"/>
          <w:sz w:val="21"/>
          <w:lang w:eastAsia="ja-JP"/>
        </w:rPr>
        <w:t xml:space="preserve">　下記の事業に着手しましたので、経済観光局農政関係所管補助金等の交付に関する要綱</w:t>
      </w:r>
    </w:p>
    <w:p w14:paraId="6E4F9F69" w14:textId="77777777" w:rsidR="002C19D2" w:rsidRPr="002C19D2" w:rsidRDefault="002C19D2" w:rsidP="002C19D2">
      <w:pPr>
        <w:spacing w:after="100" w:line="360" w:lineRule="auto"/>
        <w:rPr>
          <w:rFonts w:ascii="ＭＳ 明朝" w:eastAsia="ＭＳ 明朝" w:hAnsi="ＭＳ 明朝"/>
          <w:sz w:val="21"/>
          <w:lang w:eastAsia="ja-JP"/>
        </w:rPr>
      </w:pPr>
      <w:r w:rsidRPr="002C19D2">
        <w:rPr>
          <w:rFonts w:ascii="ＭＳ 明朝" w:eastAsia="ＭＳ 明朝" w:hAnsi="ＭＳ 明朝"/>
          <w:sz w:val="21"/>
          <w:lang w:eastAsia="ja-JP"/>
        </w:rPr>
        <w:t>第８条の規定により届け出ます。</w:t>
      </w:r>
    </w:p>
    <w:p w14:paraId="7FA36FE8" w14:textId="77777777" w:rsidR="002C19D2" w:rsidRPr="002C19D2" w:rsidRDefault="002C19D2" w:rsidP="002C19D2">
      <w:pPr>
        <w:spacing w:after="40" w:line="360" w:lineRule="auto"/>
        <w:jc w:val="center"/>
        <w:rPr>
          <w:rFonts w:ascii="ＭＳ 明朝" w:eastAsia="ＭＳ 明朝" w:hAnsi="ＭＳ 明朝"/>
          <w:sz w:val="21"/>
        </w:rPr>
      </w:pPr>
      <w:r w:rsidRPr="002C19D2">
        <w:rPr>
          <w:rFonts w:ascii="ＭＳ 明朝" w:eastAsia="ＭＳ 明朝" w:hAnsi="ＭＳ 明朝"/>
          <w:sz w:val="21"/>
        </w:rPr>
        <w:t>記</w:t>
      </w:r>
    </w:p>
    <w:tbl>
      <w:tblPr>
        <w:tblW w:w="0" w:type="auto"/>
        <w:jc w:val="center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6350"/>
      </w:tblGrid>
      <w:tr w:rsidR="002C19D2" w:rsidRPr="002C19D2" w14:paraId="79180054" w14:textId="77777777" w:rsidTr="002448E0">
        <w:trPr>
          <w:trHeight w:val="680"/>
          <w:jc w:val="center"/>
        </w:trPr>
        <w:tc>
          <w:tcPr>
            <w:tcW w:w="2438" w:type="dxa"/>
            <w:vAlign w:val="center"/>
          </w:tcPr>
          <w:p w14:paraId="3C0925B8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0"/>
              </w:rPr>
              <w:t>交 付 決 定 番 号</w:t>
            </w:r>
          </w:p>
        </w:tc>
        <w:tc>
          <w:tcPr>
            <w:tcW w:w="6350" w:type="dxa"/>
            <w:vAlign w:val="center"/>
          </w:tcPr>
          <w:p w14:paraId="45F8E939" w14:textId="77777777" w:rsidR="002C19D2" w:rsidRPr="002C19D2" w:rsidRDefault="002C19D2" w:rsidP="002C19D2">
            <w:pPr>
              <w:spacing w:after="0"/>
              <w:ind w:firstLineChars="1000" w:firstLine="2100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1"/>
              </w:rPr>
              <w:t>第　　　　　号</w:t>
            </w:r>
          </w:p>
        </w:tc>
      </w:tr>
      <w:tr w:rsidR="002C19D2" w:rsidRPr="002C19D2" w14:paraId="53D72244" w14:textId="77777777" w:rsidTr="002448E0">
        <w:trPr>
          <w:trHeight w:val="680"/>
          <w:jc w:val="center"/>
        </w:trPr>
        <w:tc>
          <w:tcPr>
            <w:tcW w:w="2438" w:type="dxa"/>
            <w:vAlign w:val="center"/>
          </w:tcPr>
          <w:p w14:paraId="28D18171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0"/>
              </w:rPr>
              <w:t>交 付 決 定</w:t>
            </w:r>
            <w:r w:rsidRPr="002C19D2">
              <w:rPr>
                <w:rFonts w:ascii="ＭＳ 明朝" w:eastAsia="ＭＳ 明朝" w:hAnsi="ＭＳ 明朝"/>
                <w:sz w:val="20"/>
              </w:rPr>
              <w:br/>
              <w:t>年　月　日</w:t>
            </w:r>
          </w:p>
        </w:tc>
        <w:tc>
          <w:tcPr>
            <w:tcW w:w="6350" w:type="dxa"/>
            <w:vAlign w:val="center"/>
          </w:tcPr>
          <w:p w14:paraId="085F8753" w14:textId="77777777" w:rsidR="002C19D2" w:rsidRPr="002C19D2" w:rsidRDefault="002C19D2" w:rsidP="002C19D2">
            <w:pPr>
              <w:spacing w:after="0"/>
              <w:ind w:firstLineChars="600" w:firstLine="1260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1"/>
              </w:rPr>
              <w:t>令和　　年　　月　　日</w:t>
            </w:r>
          </w:p>
        </w:tc>
      </w:tr>
      <w:tr w:rsidR="002C19D2" w:rsidRPr="002C19D2" w14:paraId="70523B49" w14:textId="77777777" w:rsidTr="002448E0">
        <w:trPr>
          <w:trHeight w:val="850"/>
          <w:jc w:val="center"/>
        </w:trPr>
        <w:tc>
          <w:tcPr>
            <w:tcW w:w="2438" w:type="dxa"/>
            <w:vAlign w:val="center"/>
          </w:tcPr>
          <w:p w14:paraId="7F4A5D7F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0"/>
              </w:rPr>
              <w:t>事　業　名</w:t>
            </w:r>
          </w:p>
        </w:tc>
        <w:tc>
          <w:tcPr>
            <w:tcW w:w="6350" w:type="dxa"/>
            <w:vAlign w:val="center"/>
          </w:tcPr>
          <w:p w14:paraId="62F1C653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1"/>
              </w:rPr>
            </w:pPr>
          </w:p>
        </w:tc>
      </w:tr>
      <w:tr w:rsidR="002C19D2" w:rsidRPr="002C19D2" w14:paraId="63044C39" w14:textId="77777777" w:rsidTr="002448E0">
        <w:trPr>
          <w:trHeight w:val="850"/>
          <w:jc w:val="center"/>
        </w:trPr>
        <w:tc>
          <w:tcPr>
            <w:tcW w:w="2438" w:type="dxa"/>
            <w:vAlign w:val="center"/>
          </w:tcPr>
          <w:p w14:paraId="1DB95742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0"/>
              </w:rPr>
              <w:t>事業実施場所</w:t>
            </w:r>
          </w:p>
        </w:tc>
        <w:tc>
          <w:tcPr>
            <w:tcW w:w="6350" w:type="dxa"/>
            <w:vAlign w:val="center"/>
          </w:tcPr>
          <w:p w14:paraId="6A553CA4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1"/>
              </w:rPr>
            </w:pPr>
          </w:p>
        </w:tc>
      </w:tr>
      <w:tr w:rsidR="002C19D2" w:rsidRPr="002C19D2" w14:paraId="25219596" w14:textId="77777777" w:rsidTr="002448E0">
        <w:trPr>
          <w:trHeight w:val="680"/>
          <w:jc w:val="center"/>
        </w:trPr>
        <w:tc>
          <w:tcPr>
            <w:tcW w:w="2438" w:type="dxa"/>
            <w:vAlign w:val="center"/>
          </w:tcPr>
          <w:p w14:paraId="36ED0F15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0"/>
              </w:rPr>
              <w:t>着 手 年 月 日</w:t>
            </w:r>
          </w:p>
        </w:tc>
        <w:tc>
          <w:tcPr>
            <w:tcW w:w="6350" w:type="dxa"/>
            <w:vAlign w:val="center"/>
          </w:tcPr>
          <w:p w14:paraId="3F687371" w14:textId="77777777" w:rsidR="002C19D2" w:rsidRPr="002C19D2" w:rsidRDefault="002C19D2" w:rsidP="002C19D2">
            <w:pPr>
              <w:spacing w:after="0"/>
              <w:ind w:firstLineChars="600" w:firstLine="1260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1"/>
              </w:rPr>
              <w:t>令和　　年　　月　　日</w:t>
            </w:r>
          </w:p>
        </w:tc>
      </w:tr>
      <w:tr w:rsidR="002C19D2" w:rsidRPr="002C19D2" w14:paraId="0BD2FA78" w14:textId="77777777" w:rsidTr="002448E0">
        <w:trPr>
          <w:trHeight w:val="680"/>
          <w:jc w:val="center"/>
        </w:trPr>
        <w:tc>
          <w:tcPr>
            <w:tcW w:w="2438" w:type="dxa"/>
            <w:vAlign w:val="center"/>
          </w:tcPr>
          <w:p w14:paraId="147465AD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0"/>
              </w:rPr>
              <w:t>完了予定年月日</w:t>
            </w:r>
          </w:p>
        </w:tc>
        <w:tc>
          <w:tcPr>
            <w:tcW w:w="6350" w:type="dxa"/>
            <w:vAlign w:val="center"/>
          </w:tcPr>
          <w:p w14:paraId="506D4A94" w14:textId="77777777" w:rsidR="002C19D2" w:rsidRPr="002C19D2" w:rsidRDefault="002C19D2" w:rsidP="002C19D2">
            <w:pPr>
              <w:spacing w:after="0"/>
              <w:ind w:firstLineChars="600" w:firstLine="1260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1"/>
              </w:rPr>
              <w:t>令和　　年　　月　　日</w:t>
            </w:r>
          </w:p>
        </w:tc>
      </w:tr>
      <w:tr w:rsidR="002C19D2" w:rsidRPr="002C19D2" w14:paraId="0CA06141" w14:textId="77777777" w:rsidTr="002448E0">
        <w:trPr>
          <w:trHeight w:val="680"/>
          <w:jc w:val="center"/>
        </w:trPr>
        <w:tc>
          <w:tcPr>
            <w:tcW w:w="2438" w:type="dxa"/>
            <w:vAlign w:val="center"/>
          </w:tcPr>
          <w:p w14:paraId="37DF73E2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0"/>
              </w:rPr>
              <w:t>事　業　費</w:t>
            </w:r>
          </w:p>
        </w:tc>
        <w:tc>
          <w:tcPr>
            <w:tcW w:w="6350" w:type="dxa"/>
            <w:vAlign w:val="center"/>
          </w:tcPr>
          <w:p w14:paraId="126D77FA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1"/>
              </w:rPr>
              <w:t xml:space="preserve">　　　　　　　　　　円</w:t>
            </w:r>
          </w:p>
        </w:tc>
      </w:tr>
      <w:tr w:rsidR="002C19D2" w:rsidRPr="002C19D2" w14:paraId="3FFDAB36" w14:textId="77777777" w:rsidTr="002448E0">
        <w:trPr>
          <w:trHeight w:val="680"/>
          <w:jc w:val="center"/>
        </w:trPr>
        <w:tc>
          <w:tcPr>
            <w:tcW w:w="2438" w:type="dxa"/>
            <w:vAlign w:val="center"/>
          </w:tcPr>
          <w:p w14:paraId="7FBFAD43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0"/>
              </w:rPr>
              <w:t>契 約 年 月 日</w:t>
            </w:r>
          </w:p>
        </w:tc>
        <w:tc>
          <w:tcPr>
            <w:tcW w:w="6350" w:type="dxa"/>
            <w:vAlign w:val="center"/>
          </w:tcPr>
          <w:p w14:paraId="7766DB72" w14:textId="77777777" w:rsidR="002C19D2" w:rsidRPr="002C19D2" w:rsidRDefault="002C19D2" w:rsidP="002C19D2">
            <w:pPr>
              <w:spacing w:after="0"/>
              <w:ind w:firstLineChars="600" w:firstLine="1260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1"/>
              </w:rPr>
              <w:t>令和　　年　　月　　日</w:t>
            </w:r>
          </w:p>
        </w:tc>
      </w:tr>
    </w:tbl>
    <w:p w14:paraId="019E07C5" w14:textId="77777777" w:rsidR="002C19D2" w:rsidRPr="002C19D2" w:rsidRDefault="002C19D2" w:rsidP="002C19D2">
      <w:pPr>
        <w:rPr>
          <w:rFonts w:ascii="ＭＳ 明朝" w:eastAsia="ＭＳ 明朝" w:hAnsi="ＭＳ 明朝"/>
          <w:sz w:val="21"/>
        </w:rPr>
      </w:pPr>
    </w:p>
    <w:p w14:paraId="61D77F3F" w14:textId="77777777" w:rsidR="002C19D2" w:rsidRDefault="002C19D2">
      <w:pPr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/>
          <w:sz w:val="20"/>
        </w:rPr>
        <w:br w:type="page"/>
      </w:r>
    </w:p>
    <w:p w14:paraId="42ABB2EF" w14:textId="0DD5E5A4" w:rsidR="002C19D2" w:rsidRPr="002C19D2" w:rsidRDefault="002C19D2" w:rsidP="002C19D2">
      <w:pPr>
        <w:spacing w:after="240"/>
        <w:rPr>
          <w:rFonts w:ascii="ＭＳ 明朝" w:eastAsia="ＭＳ 明朝" w:hAnsi="ＭＳ 明朝"/>
          <w:sz w:val="20"/>
        </w:rPr>
      </w:pPr>
      <w:r w:rsidRPr="002C19D2">
        <w:rPr>
          <w:rFonts w:ascii="ＭＳ 明朝" w:eastAsia="ＭＳ 明朝" w:hAnsi="ＭＳ 明朝"/>
          <w:sz w:val="20"/>
        </w:rPr>
        <w:t>様式第６号</w:t>
      </w:r>
    </w:p>
    <w:p w14:paraId="4FFC65D2" w14:textId="77777777" w:rsidR="002C19D2" w:rsidRPr="002C19D2" w:rsidRDefault="002C19D2" w:rsidP="002C19D2">
      <w:pPr>
        <w:spacing w:after="100"/>
        <w:jc w:val="center"/>
        <w:rPr>
          <w:rFonts w:ascii="ＭＳ 明朝" w:eastAsia="ＭＳ 明朝" w:hAnsi="ＭＳ 明朝"/>
          <w:sz w:val="20"/>
        </w:rPr>
      </w:pPr>
      <w:r w:rsidRPr="002C19D2">
        <w:rPr>
          <w:rFonts w:ascii="ＭＳ 明朝" w:eastAsia="ＭＳ 明朝" w:hAnsi="ＭＳ 明朝"/>
          <w:sz w:val="30"/>
        </w:rPr>
        <w:t>実績報告書</w:t>
      </w:r>
    </w:p>
    <w:p w14:paraId="20DB11D1" w14:textId="77777777" w:rsidR="002C19D2" w:rsidRPr="002C19D2" w:rsidRDefault="002C19D2" w:rsidP="002C19D2">
      <w:pPr>
        <w:spacing w:after="20" w:line="360" w:lineRule="auto"/>
        <w:jc w:val="right"/>
        <w:rPr>
          <w:rFonts w:ascii="ＭＳ 明朝" w:eastAsia="ＭＳ 明朝" w:hAnsi="ＭＳ 明朝"/>
          <w:sz w:val="21"/>
        </w:rPr>
      </w:pPr>
      <w:r w:rsidRPr="002C19D2">
        <w:rPr>
          <w:rFonts w:ascii="ＭＳ 明朝" w:eastAsia="ＭＳ 明朝" w:hAnsi="ＭＳ 明朝"/>
          <w:sz w:val="21"/>
        </w:rPr>
        <w:t>第　　　　　号</w:t>
      </w:r>
    </w:p>
    <w:p w14:paraId="0F474151" w14:textId="77777777" w:rsidR="002C19D2" w:rsidRPr="002C19D2" w:rsidRDefault="002C19D2" w:rsidP="002C19D2">
      <w:pPr>
        <w:spacing w:after="20" w:line="360" w:lineRule="auto"/>
        <w:jc w:val="right"/>
        <w:rPr>
          <w:rFonts w:ascii="ＭＳ 明朝" w:eastAsia="ＭＳ 明朝" w:hAnsi="ＭＳ 明朝"/>
          <w:sz w:val="21"/>
        </w:rPr>
      </w:pPr>
      <w:r w:rsidRPr="002C19D2">
        <w:rPr>
          <w:rFonts w:ascii="ＭＳ 明朝" w:eastAsia="ＭＳ 明朝" w:hAnsi="ＭＳ 明朝"/>
          <w:sz w:val="21"/>
        </w:rPr>
        <w:t>令和　　年　　月　　日</w:t>
      </w:r>
    </w:p>
    <w:p w14:paraId="3BA1715B" w14:textId="77777777" w:rsidR="002C19D2" w:rsidRPr="002C19D2" w:rsidRDefault="002C19D2" w:rsidP="002C19D2">
      <w:pPr>
        <w:spacing w:after="100"/>
        <w:rPr>
          <w:rFonts w:ascii="ＭＳ 明朝" w:eastAsia="ＭＳ 明朝" w:hAnsi="ＭＳ 明朝"/>
          <w:sz w:val="21"/>
        </w:rPr>
      </w:pPr>
      <w:r w:rsidRPr="002C19D2">
        <w:rPr>
          <w:rFonts w:ascii="ＭＳ 明朝" w:eastAsia="ＭＳ 明朝" w:hAnsi="ＭＳ 明朝"/>
          <w:sz w:val="21"/>
        </w:rPr>
        <w:t>神　戸　市　長　　宛</w:t>
      </w:r>
    </w:p>
    <w:p w14:paraId="3B867AFD" w14:textId="77777777" w:rsidR="002C19D2" w:rsidRPr="002C19D2" w:rsidRDefault="002C19D2" w:rsidP="002C19D2">
      <w:pPr>
        <w:spacing w:after="100"/>
        <w:rPr>
          <w:rFonts w:ascii="ＭＳ 明朝" w:eastAsia="ＭＳ 明朝" w:hAnsi="ＭＳ 明朝"/>
          <w:sz w:val="18"/>
        </w:rPr>
      </w:pPr>
    </w:p>
    <w:p w14:paraId="312907F7" w14:textId="77777777" w:rsidR="002C19D2" w:rsidRPr="002C19D2" w:rsidRDefault="002C19D2" w:rsidP="002C19D2">
      <w:pPr>
        <w:spacing w:after="0" w:line="360" w:lineRule="auto"/>
        <w:ind w:right="800"/>
        <w:jc w:val="center"/>
        <w:rPr>
          <w:rFonts w:ascii="ＭＳ 明朝" w:eastAsia="ＭＳ 明朝" w:hAnsi="ＭＳ 明朝"/>
          <w:sz w:val="21"/>
        </w:rPr>
      </w:pPr>
      <w:r w:rsidRPr="002C19D2">
        <w:rPr>
          <w:rFonts w:ascii="ＭＳ 明朝" w:eastAsia="ＭＳ 明朝" w:hAnsi="ＭＳ 明朝" w:hint="eastAsia"/>
          <w:sz w:val="21"/>
          <w:lang w:eastAsia="ja-JP"/>
        </w:rPr>
        <w:t xml:space="preserve">　　　　　　</w:t>
      </w:r>
      <w:r w:rsidRPr="002C19D2">
        <w:rPr>
          <w:rFonts w:ascii="ＭＳ 明朝" w:eastAsia="ＭＳ 明朝" w:hAnsi="ＭＳ 明朝"/>
          <w:sz w:val="21"/>
        </w:rPr>
        <w:t>（報告者）</w:t>
      </w:r>
    </w:p>
    <w:p w14:paraId="0E235039" w14:textId="77777777" w:rsidR="002C19D2" w:rsidRPr="002C19D2" w:rsidRDefault="002C19D2" w:rsidP="002C19D2">
      <w:pPr>
        <w:spacing w:after="0" w:line="360" w:lineRule="auto"/>
        <w:ind w:right="800"/>
        <w:jc w:val="center"/>
        <w:rPr>
          <w:rFonts w:ascii="ＭＳ 明朝" w:eastAsia="ＭＳ 明朝" w:hAnsi="ＭＳ 明朝"/>
          <w:sz w:val="21"/>
          <w:lang w:eastAsia="ja-JP"/>
        </w:rPr>
      </w:pPr>
      <w:r w:rsidRPr="002C19D2">
        <w:rPr>
          <w:rFonts w:ascii="ＭＳ 明朝" w:eastAsia="ＭＳ 明朝" w:hAnsi="ＭＳ 明朝" w:hint="eastAsia"/>
          <w:sz w:val="21"/>
          <w:lang w:eastAsia="ja-JP"/>
        </w:rPr>
        <w:t xml:space="preserve">　　　　　　</w:t>
      </w:r>
      <w:r w:rsidRPr="002C19D2">
        <w:rPr>
          <w:rFonts w:ascii="ＭＳ 明朝" w:eastAsia="ＭＳ 明朝" w:hAnsi="ＭＳ 明朝"/>
          <w:sz w:val="21"/>
          <w:lang w:eastAsia="ja-JP"/>
        </w:rPr>
        <w:t xml:space="preserve">住　所　　</w:t>
      </w:r>
    </w:p>
    <w:p w14:paraId="7BC944BD" w14:textId="77777777" w:rsidR="002C19D2" w:rsidRPr="002C19D2" w:rsidRDefault="002C19D2" w:rsidP="002C19D2">
      <w:pPr>
        <w:spacing w:after="0" w:line="360" w:lineRule="auto"/>
        <w:ind w:right="800"/>
        <w:jc w:val="center"/>
        <w:rPr>
          <w:rFonts w:ascii="ＭＳ 明朝" w:eastAsia="ＭＳ 明朝" w:hAnsi="ＭＳ 明朝"/>
          <w:sz w:val="20"/>
          <w:lang w:eastAsia="ja-JP"/>
        </w:rPr>
      </w:pPr>
      <w:r w:rsidRPr="002C19D2">
        <w:rPr>
          <w:rFonts w:ascii="ＭＳ 明朝" w:eastAsia="ＭＳ 明朝" w:hAnsi="ＭＳ 明朝" w:hint="eastAsia"/>
          <w:sz w:val="21"/>
          <w:lang w:eastAsia="ja-JP"/>
        </w:rPr>
        <w:t xml:space="preserve">　　　　　　</w:t>
      </w:r>
      <w:r w:rsidRPr="002C19D2">
        <w:rPr>
          <w:rFonts w:ascii="ＭＳ 明朝" w:eastAsia="ＭＳ 明朝" w:hAnsi="ＭＳ 明朝"/>
          <w:sz w:val="21"/>
          <w:lang w:eastAsia="ja-JP"/>
        </w:rPr>
        <w:t xml:space="preserve">氏　名　</w:t>
      </w:r>
      <w:r w:rsidRPr="002C19D2">
        <w:rPr>
          <w:rFonts w:ascii="ＭＳ 明朝" w:eastAsia="ＭＳ 明朝" w:hAnsi="ＭＳ 明朝"/>
          <w:sz w:val="20"/>
          <w:lang w:eastAsia="ja-JP"/>
        </w:rPr>
        <w:t xml:space="preserve">　</w:t>
      </w:r>
    </w:p>
    <w:p w14:paraId="735F030A" w14:textId="77777777" w:rsidR="002C19D2" w:rsidRPr="002C19D2" w:rsidRDefault="002C19D2" w:rsidP="002C19D2">
      <w:pPr>
        <w:spacing w:after="0" w:line="360" w:lineRule="auto"/>
        <w:ind w:right="800"/>
        <w:jc w:val="center"/>
        <w:rPr>
          <w:rFonts w:ascii="ＭＳ 明朝" w:eastAsia="ＭＳ 明朝" w:hAnsi="ＭＳ 明朝"/>
          <w:sz w:val="20"/>
          <w:lang w:eastAsia="ja-JP"/>
        </w:rPr>
      </w:pPr>
    </w:p>
    <w:p w14:paraId="1F04848E" w14:textId="77777777" w:rsidR="002C19D2" w:rsidRPr="002C19D2" w:rsidRDefault="002C19D2" w:rsidP="002C19D2">
      <w:pPr>
        <w:spacing w:after="0" w:line="360" w:lineRule="auto"/>
        <w:ind w:right="800"/>
        <w:jc w:val="center"/>
        <w:rPr>
          <w:rFonts w:ascii="ＭＳ 明朝" w:eastAsia="ＭＳ 明朝" w:hAnsi="ＭＳ 明朝"/>
          <w:sz w:val="20"/>
          <w:lang w:eastAsia="ja-JP"/>
        </w:rPr>
      </w:pPr>
    </w:p>
    <w:p w14:paraId="0B5E010C" w14:textId="77777777" w:rsidR="002C19D2" w:rsidRPr="002C19D2" w:rsidRDefault="002C19D2" w:rsidP="002C19D2">
      <w:pPr>
        <w:spacing w:before="200" w:after="20" w:line="360" w:lineRule="auto"/>
        <w:rPr>
          <w:rFonts w:ascii="ＭＳ 明朝" w:eastAsia="ＭＳ 明朝" w:hAnsi="ＭＳ 明朝"/>
          <w:sz w:val="21"/>
          <w:lang w:eastAsia="ja-JP"/>
        </w:rPr>
      </w:pPr>
      <w:r w:rsidRPr="002C19D2">
        <w:rPr>
          <w:rFonts w:ascii="ＭＳ 明朝" w:eastAsia="ＭＳ 明朝" w:hAnsi="ＭＳ 明朝"/>
          <w:sz w:val="20"/>
          <w:lang w:eastAsia="ja-JP"/>
        </w:rPr>
        <w:t xml:space="preserve">　</w:t>
      </w:r>
      <w:r w:rsidRPr="002C19D2">
        <w:rPr>
          <w:rFonts w:ascii="ＭＳ 明朝" w:eastAsia="ＭＳ 明朝" w:hAnsi="ＭＳ 明朝"/>
          <w:sz w:val="21"/>
          <w:lang w:eastAsia="ja-JP"/>
        </w:rPr>
        <w:t>下記の事業が完了しましたので、経済観光局農政関係所管補助金等の交付に関する要綱第10条の規</w:t>
      </w:r>
    </w:p>
    <w:p w14:paraId="305AEB73" w14:textId="77777777" w:rsidR="002C19D2" w:rsidRPr="002C19D2" w:rsidRDefault="002C19D2" w:rsidP="002C19D2">
      <w:pPr>
        <w:spacing w:after="60" w:line="360" w:lineRule="auto"/>
        <w:rPr>
          <w:rFonts w:ascii="ＭＳ 明朝" w:eastAsia="ＭＳ 明朝" w:hAnsi="ＭＳ 明朝"/>
          <w:sz w:val="21"/>
          <w:lang w:eastAsia="ja-JP"/>
        </w:rPr>
      </w:pPr>
      <w:r w:rsidRPr="002C19D2">
        <w:rPr>
          <w:rFonts w:ascii="ＭＳ 明朝" w:eastAsia="ＭＳ 明朝" w:hAnsi="ＭＳ 明朝"/>
          <w:sz w:val="21"/>
          <w:lang w:eastAsia="ja-JP"/>
        </w:rPr>
        <w:t>定により報告します。</w:t>
      </w:r>
    </w:p>
    <w:p w14:paraId="2B075632" w14:textId="77777777" w:rsidR="002C19D2" w:rsidRPr="002C19D2" w:rsidRDefault="002C19D2" w:rsidP="002C19D2">
      <w:pPr>
        <w:spacing w:after="20"/>
        <w:ind w:left="2880" w:firstLine="720"/>
        <w:rPr>
          <w:rFonts w:ascii="ＭＳ 明朝" w:eastAsia="ＭＳ 明朝" w:hAnsi="ＭＳ 明朝"/>
          <w:sz w:val="20"/>
          <w:lang w:eastAsia="ja-JP"/>
        </w:rPr>
      </w:pPr>
      <w:r w:rsidRPr="002C19D2">
        <w:rPr>
          <w:rFonts w:ascii="ＭＳ 明朝" w:eastAsia="ＭＳ 明朝" w:hAnsi="ＭＳ 明朝"/>
          <w:sz w:val="20"/>
          <w:lang w:eastAsia="ja-JP"/>
        </w:rPr>
        <w:t>記</w:t>
      </w:r>
    </w:p>
    <w:tbl>
      <w:tblPr>
        <w:tblW w:w="0" w:type="auto"/>
        <w:tblInd w:w="108" w:type="dxa"/>
        <w:tblBorders>
          <w:top w:val="single" w:sz="9" w:space="0" w:color="000000"/>
          <w:left w:val="single" w:sz="9" w:space="0" w:color="000000"/>
          <w:bottom w:val="single" w:sz="9" w:space="0" w:color="000000"/>
          <w:right w:val="single" w:sz="9" w:space="0" w:color="000000"/>
          <w:insideH w:val="single" w:sz="9" w:space="0" w:color="000000"/>
          <w:insideV w:val="single" w:sz="9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268"/>
        <w:gridCol w:w="1536"/>
        <w:gridCol w:w="2268"/>
      </w:tblGrid>
      <w:tr w:rsidR="002C19D2" w:rsidRPr="002C19D2" w14:paraId="3C1CD744" w14:textId="77777777" w:rsidTr="002448E0">
        <w:trPr>
          <w:trHeight w:val="737"/>
        </w:trPr>
        <w:tc>
          <w:tcPr>
            <w:tcW w:w="1560" w:type="dxa"/>
            <w:vAlign w:val="center"/>
          </w:tcPr>
          <w:p w14:paraId="53829793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  <w:r w:rsidRPr="002C19D2">
              <w:rPr>
                <w:rFonts w:ascii="ＭＳ 明朝" w:eastAsia="ＭＳ 明朝" w:hAnsi="ＭＳ 明朝"/>
                <w:sz w:val="18"/>
              </w:rPr>
              <w:t>交付決定番号</w:t>
            </w:r>
          </w:p>
        </w:tc>
        <w:tc>
          <w:tcPr>
            <w:tcW w:w="2268" w:type="dxa"/>
            <w:vAlign w:val="center"/>
          </w:tcPr>
          <w:p w14:paraId="53FDD352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  <w:r w:rsidRPr="002C19D2">
              <w:rPr>
                <w:rFonts w:ascii="ＭＳ 明朝" w:eastAsia="ＭＳ 明朝" w:hAnsi="ＭＳ 明朝"/>
                <w:sz w:val="18"/>
              </w:rPr>
              <w:t>第　　　　　号</w:t>
            </w:r>
          </w:p>
        </w:tc>
        <w:tc>
          <w:tcPr>
            <w:tcW w:w="1536" w:type="dxa"/>
            <w:vAlign w:val="center"/>
          </w:tcPr>
          <w:p w14:paraId="4BA0C05D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  <w:r w:rsidRPr="002C19D2">
              <w:rPr>
                <w:rFonts w:ascii="ＭＳ 明朝" w:eastAsia="ＭＳ 明朝" w:hAnsi="ＭＳ 明朝"/>
                <w:sz w:val="18"/>
              </w:rPr>
              <w:t>交付決定年月日</w:t>
            </w:r>
          </w:p>
        </w:tc>
        <w:tc>
          <w:tcPr>
            <w:tcW w:w="2268" w:type="dxa"/>
            <w:vAlign w:val="center"/>
          </w:tcPr>
          <w:p w14:paraId="710085E0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  <w:r w:rsidRPr="002C19D2">
              <w:rPr>
                <w:rFonts w:ascii="ＭＳ 明朝" w:eastAsia="ＭＳ 明朝" w:hAnsi="ＭＳ 明朝"/>
                <w:sz w:val="18"/>
              </w:rPr>
              <w:t>令和　　年　　月　　日</w:t>
            </w:r>
          </w:p>
        </w:tc>
      </w:tr>
      <w:tr w:rsidR="002C19D2" w:rsidRPr="002C19D2" w14:paraId="1AC4F126" w14:textId="77777777" w:rsidTr="002448E0">
        <w:trPr>
          <w:trHeight w:val="907"/>
        </w:trPr>
        <w:tc>
          <w:tcPr>
            <w:tcW w:w="1560" w:type="dxa"/>
            <w:vAlign w:val="center"/>
          </w:tcPr>
          <w:p w14:paraId="397B0CF7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  <w:r w:rsidRPr="002C19D2">
              <w:rPr>
                <w:rFonts w:ascii="ＭＳ 明朝" w:eastAsia="ＭＳ 明朝" w:hAnsi="ＭＳ 明朝"/>
                <w:sz w:val="18"/>
              </w:rPr>
              <w:t>事業名</w:t>
            </w:r>
          </w:p>
        </w:tc>
        <w:tc>
          <w:tcPr>
            <w:tcW w:w="2268" w:type="dxa"/>
            <w:vAlign w:val="center"/>
          </w:tcPr>
          <w:p w14:paraId="40AD4196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536" w:type="dxa"/>
            <w:vAlign w:val="center"/>
          </w:tcPr>
          <w:p w14:paraId="51B9F9DF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  <w:r w:rsidRPr="002C19D2">
              <w:rPr>
                <w:rFonts w:ascii="ＭＳ 明朝" w:eastAsia="ＭＳ 明朝" w:hAnsi="ＭＳ 明朝"/>
                <w:sz w:val="18"/>
              </w:rPr>
              <w:t>事業実施場所</w:t>
            </w:r>
          </w:p>
        </w:tc>
        <w:tc>
          <w:tcPr>
            <w:tcW w:w="2268" w:type="dxa"/>
            <w:vAlign w:val="center"/>
          </w:tcPr>
          <w:p w14:paraId="66B3CCCE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</w:tr>
      <w:tr w:rsidR="002C19D2" w:rsidRPr="002C19D2" w14:paraId="242535B0" w14:textId="77777777" w:rsidTr="002448E0">
        <w:trPr>
          <w:trHeight w:val="737"/>
        </w:trPr>
        <w:tc>
          <w:tcPr>
            <w:tcW w:w="1560" w:type="dxa"/>
            <w:vAlign w:val="center"/>
          </w:tcPr>
          <w:p w14:paraId="10641161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  <w:r w:rsidRPr="002C19D2">
              <w:rPr>
                <w:rFonts w:ascii="ＭＳ 明朝" w:eastAsia="ＭＳ 明朝" w:hAnsi="ＭＳ 明朝"/>
                <w:sz w:val="18"/>
              </w:rPr>
              <w:t>事業着手年月日</w:t>
            </w:r>
          </w:p>
        </w:tc>
        <w:tc>
          <w:tcPr>
            <w:tcW w:w="2268" w:type="dxa"/>
            <w:vAlign w:val="center"/>
          </w:tcPr>
          <w:p w14:paraId="69FB7028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  <w:r w:rsidRPr="002C19D2">
              <w:rPr>
                <w:rFonts w:ascii="ＭＳ 明朝" w:eastAsia="ＭＳ 明朝" w:hAnsi="ＭＳ 明朝"/>
                <w:sz w:val="18"/>
              </w:rPr>
              <w:t>令和　　年　　月　　日</w:t>
            </w:r>
          </w:p>
        </w:tc>
        <w:tc>
          <w:tcPr>
            <w:tcW w:w="1536" w:type="dxa"/>
            <w:vAlign w:val="center"/>
          </w:tcPr>
          <w:p w14:paraId="6E0A9807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  <w:r w:rsidRPr="002C19D2">
              <w:rPr>
                <w:rFonts w:ascii="ＭＳ 明朝" w:eastAsia="ＭＳ 明朝" w:hAnsi="ＭＳ 明朝"/>
                <w:sz w:val="18"/>
              </w:rPr>
              <w:t>事業完了年月日</w:t>
            </w:r>
          </w:p>
        </w:tc>
        <w:tc>
          <w:tcPr>
            <w:tcW w:w="2268" w:type="dxa"/>
            <w:vAlign w:val="center"/>
          </w:tcPr>
          <w:p w14:paraId="27773B28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  <w:r w:rsidRPr="002C19D2">
              <w:rPr>
                <w:rFonts w:ascii="ＭＳ 明朝" w:eastAsia="ＭＳ 明朝" w:hAnsi="ＭＳ 明朝"/>
                <w:sz w:val="18"/>
              </w:rPr>
              <w:t>令和　　年　　月　　日</w:t>
            </w:r>
          </w:p>
        </w:tc>
      </w:tr>
    </w:tbl>
    <w:p w14:paraId="428977B4" w14:textId="77777777" w:rsidR="002C19D2" w:rsidRPr="002C19D2" w:rsidRDefault="002C19D2" w:rsidP="002C19D2">
      <w:pPr>
        <w:spacing w:before="40" w:after="80"/>
        <w:rPr>
          <w:rFonts w:ascii="ＭＳ 明朝" w:eastAsia="ＭＳ 明朝" w:hAnsi="ＭＳ 明朝"/>
          <w:sz w:val="17"/>
          <w:lang w:eastAsia="ja-JP"/>
        </w:rPr>
      </w:pPr>
      <w:r w:rsidRPr="002C19D2">
        <w:rPr>
          <w:rFonts w:ascii="ＭＳ 明朝" w:eastAsia="ＭＳ 明朝" w:hAnsi="ＭＳ 明朝"/>
          <w:sz w:val="17"/>
          <w:lang w:eastAsia="ja-JP"/>
        </w:rPr>
        <w:t>※変更があった場合は、変更前の内容を上段（　）で記入すること。</w:t>
      </w:r>
    </w:p>
    <w:p w14:paraId="2EC21B45" w14:textId="77777777" w:rsidR="002C19D2" w:rsidRPr="002C19D2" w:rsidRDefault="002C19D2" w:rsidP="002C19D2">
      <w:pPr>
        <w:spacing w:before="40" w:after="80"/>
        <w:rPr>
          <w:rFonts w:ascii="ＭＳ 明朝" w:eastAsia="ＭＳ 明朝" w:hAnsi="ＭＳ 明朝"/>
          <w:sz w:val="20"/>
          <w:lang w:eastAsia="ja-JP"/>
        </w:rPr>
      </w:pPr>
    </w:p>
    <w:p w14:paraId="679CE89A" w14:textId="77777777" w:rsidR="002C19D2" w:rsidRPr="002C19D2" w:rsidRDefault="002C19D2" w:rsidP="002C19D2">
      <w:pPr>
        <w:spacing w:after="40"/>
        <w:rPr>
          <w:rFonts w:ascii="ＭＳ 明朝" w:eastAsia="ＭＳ 明朝" w:hAnsi="ＭＳ 明朝"/>
          <w:sz w:val="20"/>
          <w:lang w:eastAsia="ja-JP"/>
        </w:rPr>
      </w:pPr>
      <w:r w:rsidRPr="002C19D2">
        <w:rPr>
          <w:rFonts w:ascii="ＭＳ 明朝" w:eastAsia="ＭＳ 明朝" w:hAnsi="ＭＳ 明朝"/>
          <w:sz w:val="20"/>
          <w:lang w:eastAsia="ja-JP"/>
        </w:rPr>
        <w:t>収支精算書（収入の部）</w:t>
      </w:r>
    </w:p>
    <w:tbl>
      <w:tblPr>
        <w:tblW w:w="9693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8"/>
        <w:gridCol w:w="1417"/>
        <w:gridCol w:w="1530"/>
        <w:gridCol w:w="1417"/>
        <w:gridCol w:w="1417"/>
        <w:gridCol w:w="1417"/>
        <w:gridCol w:w="1587"/>
      </w:tblGrid>
      <w:tr w:rsidR="002C19D2" w:rsidRPr="002C19D2" w14:paraId="068609F3" w14:textId="77777777" w:rsidTr="002448E0">
        <w:trPr>
          <w:trHeight w:val="680"/>
          <w:jc w:val="center"/>
        </w:trPr>
        <w:tc>
          <w:tcPr>
            <w:tcW w:w="908" w:type="dxa"/>
            <w:vAlign w:val="center"/>
          </w:tcPr>
          <w:p w14:paraId="0994412D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  <w:r w:rsidRPr="002C19D2">
              <w:rPr>
                <w:rFonts w:ascii="ＭＳ 明朝" w:eastAsia="ＭＳ 明朝" w:hAnsi="ＭＳ 明朝"/>
                <w:sz w:val="17"/>
              </w:rPr>
              <w:t>科目</w:t>
            </w:r>
          </w:p>
        </w:tc>
        <w:tc>
          <w:tcPr>
            <w:tcW w:w="1417" w:type="dxa"/>
            <w:vAlign w:val="center"/>
          </w:tcPr>
          <w:p w14:paraId="17951E09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  <w:r w:rsidRPr="002C19D2">
              <w:rPr>
                <w:rFonts w:ascii="ＭＳ 明朝" w:eastAsia="ＭＳ 明朝" w:hAnsi="ＭＳ 明朝"/>
                <w:sz w:val="17"/>
              </w:rPr>
              <w:t>交付決定額</w:t>
            </w:r>
          </w:p>
        </w:tc>
        <w:tc>
          <w:tcPr>
            <w:tcW w:w="1530" w:type="dxa"/>
            <w:vAlign w:val="center"/>
          </w:tcPr>
          <w:p w14:paraId="4EAE0C12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  <w:r w:rsidRPr="002C19D2">
              <w:rPr>
                <w:rFonts w:ascii="ＭＳ 明朝" w:eastAsia="ＭＳ 明朝" w:hAnsi="ＭＳ 明朝"/>
                <w:sz w:val="17"/>
              </w:rPr>
              <w:t>変更後</w:t>
            </w:r>
            <w:r w:rsidRPr="002C19D2">
              <w:rPr>
                <w:rFonts w:ascii="ＭＳ 明朝" w:eastAsia="ＭＳ 明朝" w:hAnsi="ＭＳ 明朝"/>
                <w:sz w:val="17"/>
              </w:rPr>
              <w:br/>
              <w:t>交付決定額</w:t>
            </w:r>
          </w:p>
        </w:tc>
        <w:tc>
          <w:tcPr>
            <w:tcW w:w="1417" w:type="dxa"/>
            <w:vAlign w:val="center"/>
          </w:tcPr>
          <w:p w14:paraId="0611EF5A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  <w:r w:rsidRPr="002C19D2">
              <w:rPr>
                <w:rFonts w:ascii="ＭＳ 明朝" w:eastAsia="ＭＳ 明朝" w:hAnsi="ＭＳ 明朝"/>
                <w:sz w:val="17"/>
              </w:rPr>
              <w:t>予算現額</w:t>
            </w:r>
          </w:p>
        </w:tc>
        <w:tc>
          <w:tcPr>
            <w:tcW w:w="1417" w:type="dxa"/>
            <w:vAlign w:val="center"/>
          </w:tcPr>
          <w:p w14:paraId="7917F6E1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  <w:r w:rsidRPr="002C19D2">
              <w:rPr>
                <w:rFonts w:ascii="ＭＳ 明朝" w:eastAsia="ＭＳ 明朝" w:hAnsi="ＭＳ 明朝"/>
                <w:sz w:val="17"/>
              </w:rPr>
              <w:t>収入済額</w:t>
            </w:r>
          </w:p>
        </w:tc>
        <w:tc>
          <w:tcPr>
            <w:tcW w:w="1417" w:type="dxa"/>
            <w:vAlign w:val="center"/>
          </w:tcPr>
          <w:p w14:paraId="276715DE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  <w:r w:rsidRPr="002C19D2">
              <w:rPr>
                <w:rFonts w:ascii="ＭＳ 明朝" w:eastAsia="ＭＳ 明朝" w:hAnsi="ＭＳ 明朝"/>
                <w:sz w:val="17"/>
              </w:rPr>
              <w:t>収入未済額</w:t>
            </w:r>
          </w:p>
        </w:tc>
        <w:tc>
          <w:tcPr>
            <w:tcW w:w="1587" w:type="dxa"/>
            <w:vAlign w:val="center"/>
          </w:tcPr>
          <w:p w14:paraId="38BEB081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  <w:r w:rsidRPr="002C19D2">
              <w:rPr>
                <w:rFonts w:ascii="ＭＳ 明朝" w:eastAsia="ＭＳ 明朝" w:hAnsi="ＭＳ 明朝"/>
                <w:sz w:val="17"/>
              </w:rPr>
              <w:t>備考</w:t>
            </w:r>
          </w:p>
        </w:tc>
      </w:tr>
      <w:tr w:rsidR="002C19D2" w:rsidRPr="002C19D2" w14:paraId="54F3EE1C" w14:textId="77777777" w:rsidTr="002448E0">
        <w:trPr>
          <w:trHeight w:val="454"/>
          <w:jc w:val="center"/>
        </w:trPr>
        <w:tc>
          <w:tcPr>
            <w:tcW w:w="908" w:type="dxa"/>
            <w:vAlign w:val="center"/>
          </w:tcPr>
          <w:p w14:paraId="5F3874E2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13E8F87E" w14:textId="77777777" w:rsidR="002C19D2" w:rsidRPr="002C19D2" w:rsidRDefault="002C19D2" w:rsidP="002C19D2">
            <w:pPr>
              <w:spacing w:after="0"/>
              <w:jc w:val="right"/>
              <w:rPr>
                <w:rFonts w:ascii="ＭＳ 明朝" w:eastAsia="ＭＳ 明朝" w:hAnsi="ＭＳ 明朝"/>
                <w:sz w:val="20"/>
              </w:rPr>
            </w:pPr>
            <w:r w:rsidRPr="002C19D2">
              <w:rPr>
                <w:rFonts w:ascii="ＭＳ 明朝" w:eastAsia="ＭＳ 明朝" w:hAnsi="ＭＳ 明朝"/>
                <w:sz w:val="17"/>
              </w:rPr>
              <w:t>円</w:t>
            </w:r>
          </w:p>
        </w:tc>
        <w:tc>
          <w:tcPr>
            <w:tcW w:w="1530" w:type="dxa"/>
            <w:vAlign w:val="center"/>
          </w:tcPr>
          <w:p w14:paraId="6B91ACF2" w14:textId="77777777" w:rsidR="002C19D2" w:rsidRPr="002C19D2" w:rsidRDefault="002C19D2" w:rsidP="002C19D2">
            <w:pPr>
              <w:spacing w:after="0"/>
              <w:jc w:val="right"/>
              <w:rPr>
                <w:rFonts w:ascii="ＭＳ 明朝" w:eastAsia="ＭＳ 明朝" w:hAnsi="ＭＳ 明朝"/>
                <w:sz w:val="20"/>
              </w:rPr>
            </w:pPr>
            <w:r w:rsidRPr="002C19D2">
              <w:rPr>
                <w:rFonts w:ascii="ＭＳ 明朝" w:eastAsia="ＭＳ 明朝" w:hAnsi="ＭＳ 明朝"/>
                <w:sz w:val="17"/>
              </w:rPr>
              <w:t>円</w:t>
            </w:r>
          </w:p>
        </w:tc>
        <w:tc>
          <w:tcPr>
            <w:tcW w:w="1417" w:type="dxa"/>
            <w:vAlign w:val="center"/>
          </w:tcPr>
          <w:p w14:paraId="4EA4C270" w14:textId="77777777" w:rsidR="002C19D2" w:rsidRPr="002C19D2" w:rsidRDefault="002C19D2" w:rsidP="002C19D2">
            <w:pPr>
              <w:spacing w:after="0"/>
              <w:jc w:val="right"/>
              <w:rPr>
                <w:rFonts w:ascii="ＭＳ 明朝" w:eastAsia="ＭＳ 明朝" w:hAnsi="ＭＳ 明朝"/>
                <w:sz w:val="20"/>
              </w:rPr>
            </w:pPr>
            <w:r w:rsidRPr="002C19D2">
              <w:rPr>
                <w:rFonts w:ascii="ＭＳ 明朝" w:eastAsia="ＭＳ 明朝" w:hAnsi="ＭＳ 明朝"/>
                <w:sz w:val="17"/>
              </w:rPr>
              <w:t>円</w:t>
            </w:r>
          </w:p>
        </w:tc>
        <w:tc>
          <w:tcPr>
            <w:tcW w:w="1417" w:type="dxa"/>
            <w:vAlign w:val="center"/>
          </w:tcPr>
          <w:p w14:paraId="21C42CB7" w14:textId="77777777" w:rsidR="002C19D2" w:rsidRPr="002C19D2" w:rsidRDefault="002C19D2" w:rsidP="002C19D2">
            <w:pPr>
              <w:spacing w:after="0"/>
              <w:jc w:val="right"/>
              <w:rPr>
                <w:rFonts w:ascii="ＭＳ 明朝" w:eastAsia="ＭＳ 明朝" w:hAnsi="ＭＳ 明朝"/>
                <w:sz w:val="20"/>
              </w:rPr>
            </w:pPr>
            <w:r w:rsidRPr="002C19D2">
              <w:rPr>
                <w:rFonts w:ascii="ＭＳ 明朝" w:eastAsia="ＭＳ 明朝" w:hAnsi="ＭＳ 明朝"/>
                <w:sz w:val="17"/>
              </w:rPr>
              <w:t>円</w:t>
            </w:r>
          </w:p>
        </w:tc>
        <w:tc>
          <w:tcPr>
            <w:tcW w:w="1417" w:type="dxa"/>
            <w:vAlign w:val="center"/>
          </w:tcPr>
          <w:p w14:paraId="7DF41CC7" w14:textId="77777777" w:rsidR="002C19D2" w:rsidRPr="002C19D2" w:rsidRDefault="002C19D2" w:rsidP="002C19D2">
            <w:pPr>
              <w:spacing w:after="0"/>
              <w:jc w:val="right"/>
              <w:rPr>
                <w:rFonts w:ascii="ＭＳ 明朝" w:eastAsia="ＭＳ 明朝" w:hAnsi="ＭＳ 明朝"/>
                <w:sz w:val="20"/>
              </w:rPr>
            </w:pPr>
            <w:r w:rsidRPr="002C19D2">
              <w:rPr>
                <w:rFonts w:ascii="ＭＳ 明朝" w:eastAsia="ＭＳ 明朝" w:hAnsi="ＭＳ 明朝"/>
                <w:sz w:val="17"/>
              </w:rPr>
              <w:t>円</w:t>
            </w:r>
          </w:p>
        </w:tc>
        <w:tc>
          <w:tcPr>
            <w:tcW w:w="1587" w:type="dxa"/>
            <w:vAlign w:val="center"/>
          </w:tcPr>
          <w:p w14:paraId="1900F642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</w:tr>
      <w:tr w:rsidR="002C19D2" w:rsidRPr="002C19D2" w14:paraId="40560A31" w14:textId="77777777" w:rsidTr="002448E0">
        <w:trPr>
          <w:trHeight w:val="454"/>
          <w:jc w:val="center"/>
        </w:trPr>
        <w:tc>
          <w:tcPr>
            <w:tcW w:w="908" w:type="dxa"/>
            <w:vAlign w:val="center"/>
          </w:tcPr>
          <w:p w14:paraId="2D02817D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542E5FAB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530" w:type="dxa"/>
            <w:vAlign w:val="center"/>
          </w:tcPr>
          <w:p w14:paraId="1218F2FF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622EEC3D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3D29C491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0666B171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587" w:type="dxa"/>
            <w:vAlign w:val="center"/>
          </w:tcPr>
          <w:p w14:paraId="2CB1E975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</w:tr>
      <w:tr w:rsidR="002C19D2" w:rsidRPr="002C19D2" w14:paraId="5E47BE1A" w14:textId="77777777" w:rsidTr="002448E0">
        <w:trPr>
          <w:trHeight w:val="454"/>
          <w:jc w:val="center"/>
        </w:trPr>
        <w:tc>
          <w:tcPr>
            <w:tcW w:w="908" w:type="dxa"/>
            <w:vAlign w:val="center"/>
          </w:tcPr>
          <w:p w14:paraId="3FD1C7BA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6DE800CF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530" w:type="dxa"/>
            <w:vAlign w:val="center"/>
          </w:tcPr>
          <w:p w14:paraId="78740805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1664ADB7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2F690FBC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6C8D795C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587" w:type="dxa"/>
            <w:vAlign w:val="center"/>
          </w:tcPr>
          <w:p w14:paraId="0A75A501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</w:tr>
      <w:tr w:rsidR="002C19D2" w:rsidRPr="002C19D2" w14:paraId="6AEEE78C" w14:textId="77777777" w:rsidTr="002448E0">
        <w:trPr>
          <w:trHeight w:val="454"/>
          <w:jc w:val="center"/>
        </w:trPr>
        <w:tc>
          <w:tcPr>
            <w:tcW w:w="908" w:type="dxa"/>
            <w:vAlign w:val="center"/>
          </w:tcPr>
          <w:p w14:paraId="0154C1C4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2B9A3945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530" w:type="dxa"/>
            <w:vAlign w:val="center"/>
          </w:tcPr>
          <w:p w14:paraId="5693E754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031E7000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41BB7024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4EC9DB23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587" w:type="dxa"/>
            <w:vAlign w:val="center"/>
          </w:tcPr>
          <w:p w14:paraId="30E8B830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</w:tr>
      <w:tr w:rsidR="002C19D2" w:rsidRPr="002C19D2" w14:paraId="45CAD6E9" w14:textId="77777777" w:rsidTr="002448E0">
        <w:trPr>
          <w:trHeight w:val="454"/>
          <w:jc w:val="center"/>
        </w:trPr>
        <w:tc>
          <w:tcPr>
            <w:tcW w:w="908" w:type="dxa"/>
            <w:vAlign w:val="center"/>
          </w:tcPr>
          <w:p w14:paraId="6A35C517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2BD6FE77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530" w:type="dxa"/>
            <w:vAlign w:val="center"/>
          </w:tcPr>
          <w:p w14:paraId="71ECDF6A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2743CA97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6EBFB7AD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4BF66A39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587" w:type="dxa"/>
            <w:vAlign w:val="center"/>
          </w:tcPr>
          <w:p w14:paraId="4755E8A5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</w:tr>
      <w:tr w:rsidR="002C19D2" w:rsidRPr="002C19D2" w14:paraId="6D016458" w14:textId="77777777" w:rsidTr="002448E0">
        <w:trPr>
          <w:trHeight w:val="510"/>
          <w:jc w:val="center"/>
        </w:trPr>
        <w:tc>
          <w:tcPr>
            <w:tcW w:w="908" w:type="dxa"/>
            <w:vAlign w:val="center"/>
          </w:tcPr>
          <w:p w14:paraId="11A381BD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  <w:r w:rsidRPr="002C19D2">
              <w:rPr>
                <w:rFonts w:ascii="ＭＳ 明朝" w:eastAsia="ＭＳ 明朝" w:hAnsi="ＭＳ 明朝"/>
                <w:sz w:val="18"/>
              </w:rPr>
              <w:t>合計</w:t>
            </w:r>
          </w:p>
        </w:tc>
        <w:tc>
          <w:tcPr>
            <w:tcW w:w="1417" w:type="dxa"/>
            <w:vAlign w:val="center"/>
          </w:tcPr>
          <w:p w14:paraId="48B4E203" w14:textId="77777777" w:rsidR="002C19D2" w:rsidRPr="002C19D2" w:rsidRDefault="002C19D2" w:rsidP="002C19D2">
            <w:pPr>
              <w:spacing w:after="0"/>
              <w:jc w:val="right"/>
              <w:rPr>
                <w:rFonts w:ascii="ＭＳ 明朝" w:eastAsia="ＭＳ 明朝" w:hAnsi="ＭＳ 明朝"/>
                <w:sz w:val="20"/>
              </w:rPr>
            </w:pPr>
            <w:r w:rsidRPr="002C19D2">
              <w:rPr>
                <w:rFonts w:ascii="ＭＳ 明朝" w:eastAsia="ＭＳ 明朝" w:hAnsi="ＭＳ 明朝"/>
                <w:sz w:val="17"/>
              </w:rPr>
              <w:t>円</w:t>
            </w:r>
          </w:p>
        </w:tc>
        <w:tc>
          <w:tcPr>
            <w:tcW w:w="1530" w:type="dxa"/>
            <w:vAlign w:val="center"/>
          </w:tcPr>
          <w:p w14:paraId="5E4F6953" w14:textId="77777777" w:rsidR="002C19D2" w:rsidRPr="002C19D2" w:rsidRDefault="002C19D2" w:rsidP="002C19D2">
            <w:pPr>
              <w:spacing w:after="0"/>
              <w:jc w:val="right"/>
              <w:rPr>
                <w:rFonts w:ascii="ＭＳ 明朝" w:eastAsia="ＭＳ 明朝" w:hAnsi="ＭＳ 明朝"/>
                <w:sz w:val="20"/>
              </w:rPr>
            </w:pPr>
            <w:r w:rsidRPr="002C19D2">
              <w:rPr>
                <w:rFonts w:ascii="ＭＳ 明朝" w:eastAsia="ＭＳ 明朝" w:hAnsi="ＭＳ 明朝"/>
                <w:sz w:val="17"/>
              </w:rPr>
              <w:t>円</w:t>
            </w:r>
          </w:p>
        </w:tc>
        <w:tc>
          <w:tcPr>
            <w:tcW w:w="1417" w:type="dxa"/>
            <w:vAlign w:val="center"/>
          </w:tcPr>
          <w:p w14:paraId="278885FF" w14:textId="77777777" w:rsidR="002C19D2" w:rsidRPr="002C19D2" w:rsidRDefault="002C19D2" w:rsidP="002C19D2">
            <w:pPr>
              <w:spacing w:after="0"/>
              <w:jc w:val="right"/>
              <w:rPr>
                <w:rFonts w:ascii="ＭＳ 明朝" w:eastAsia="ＭＳ 明朝" w:hAnsi="ＭＳ 明朝"/>
                <w:sz w:val="20"/>
              </w:rPr>
            </w:pPr>
            <w:r w:rsidRPr="002C19D2">
              <w:rPr>
                <w:rFonts w:ascii="ＭＳ 明朝" w:eastAsia="ＭＳ 明朝" w:hAnsi="ＭＳ 明朝"/>
                <w:sz w:val="17"/>
              </w:rPr>
              <w:t>円</w:t>
            </w:r>
          </w:p>
        </w:tc>
        <w:tc>
          <w:tcPr>
            <w:tcW w:w="1417" w:type="dxa"/>
            <w:vAlign w:val="center"/>
          </w:tcPr>
          <w:p w14:paraId="3B89503E" w14:textId="77777777" w:rsidR="002C19D2" w:rsidRPr="002C19D2" w:rsidRDefault="002C19D2" w:rsidP="002C19D2">
            <w:pPr>
              <w:spacing w:after="0"/>
              <w:jc w:val="right"/>
              <w:rPr>
                <w:rFonts w:ascii="ＭＳ 明朝" w:eastAsia="ＭＳ 明朝" w:hAnsi="ＭＳ 明朝"/>
                <w:sz w:val="20"/>
              </w:rPr>
            </w:pPr>
            <w:r w:rsidRPr="002C19D2">
              <w:rPr>
                <w:rFonts w:ascii="ＭＳ 明朝" w:eastAsia="ＭＳ 明朝" w:hAnsi="ＭＳ 明朝"/>
                <w:sz w:val="17"/>
              </w:rPr>
              <w:t>円</w:t>
            </w:r>
          </w:p>
        </w:tc>
        <w:tc>
          <w:tcPr>
            <w:tcW w:w="1417" w:type="dxa"/>
            <w:vAlign w:val="center"/>
          </w:tcPr>
          <w:p w14:paraId="1DD834BD" w14:textId="77777777" w:rsidR="002C19D2" w:rsidRPr="002C19D2" w:rsidRDefault="002C19D2" w:rsidP="002C19D2">
            <w:pPr>
              <w:spacing w:after="0"/>
              <w:jc w:val="right"/>
              <w:rPr>
                <w:rFonts w:ascii="ＭＳ 明朝" w:eastAsia="ＭＳ 明朝" w:hAnsi="ＭＳ 明朝"/>
                <w:sz w:val="20"/>
              </w:rPr>
            </w:pPr>
            <w:r w:rsidRPr="002C19D2">
              <w:rPr>
                <w:rFonts w:ascii="ＭＳ 明朝" w:eastAsia="ＭＳ 明朝" w:hAnsi="ＭＳ 明朝"/>
                <w:sz w:val="17"/>
              </w:rPr>
              <w:t>円</w:t>
            </w:r>
          </w:p>
        </w:tc>
        <w:tc>
          <w:tcPr>
            <w:tcW w:w="1587" w:type="dxa"/>
            <w:vAlign w:val="center"/>
          </w:tcPr>
          <w:p w14:paraId="0A6C04D0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</w:tr>
    </w:tbl>
    <w:p w14:paraId="69737A6E" w14:textId="77777777" w:rsidR="002C19D2" w:rsidRPr="002C19D2" w:rsidRDefault="002C19D2" w:rsidP="002C19D2">
      <w:pPr>
        <w:rPr>
          <w:rFonts w:ascii="ＭＳ 明朝" w:eastAsia="ＭＳ 明朝" w:hAnsi="ＭＳ 明朝"/>
          <w:sz w:val="20"/>
        </w:rPr>
      </w:pPr>
    </w:p>
    <w:p w14:paraId="7F0BC104" w14:textId="461739F8" w:rsidR="002C19D2" w:rsidRDefault="002C19D2">
      <w:pPr>
        <w:rPr>
          <w:lang w:eastAsia="ja-JP"/>
        </w:rPr>
      </w:pPr>
      <w:r>
        <w:rPr>
          <w:lang w:eastAsia="ja-JP"/>
        </w:rPr>
        <w:br w:type="page"/>
      </w:r>
    </w:p>
    <w:p w14:paraId="07776AB3" w14:textId="77777777" w:rsidR="002C19D2" w:rsidRDefault="002C19D2" w:rsidP="002C19D2">
      <w:pPr>
        <w:spacing w:after="40"/>
        <w:rPr>
          <w:lang w:eastAsia="ja-JP"/>
        </w:rPr>
      </w:pPr>
      <w:r>
        <w:rPr>
          <w:lang w:eastAsia="ja-JP"/>
        </w:rPr>
        <w:t>収支精算書（支出の部）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1360"/>
        <w:gridCol w:w="1474"/>
        <w:gridCol w:w="1474"/>
        <w:gridCol w:w="1474"/>
        <w:gridCol w:w="1474"/>
        <w:gridCol w:w="1433"/>
      </w:tblGrid>
      <w:tr w:rsidR="002C19D2" w14:paraId="6AABC6E7" w14:textId="77777777" w:rsidTr="002448E0">
        <w:trPr>
          <w:trHeight w:val="624"/>
          <w:jc w:val="center"/>
        </w:trPr>
        <w:tc>
          <w:tcPr>
            <w:tcW w:w="992" w:type="dxa"/>
            <w:vAlign w:val="center"/>
          </w:tcPr>
          <w:p w14:paraId="0B4513F8" w14:textId="77777777" w:rsidR="002C19D2" w:rsidRDefault="002C19D2" w:rsidP="002448E0">
            <w:pPr>
              <w:spacing w:after="0"/>
              <w:jc w:val="center"/>
            </w:pPr>
            <w:r>
              <w:rPr>
                <w:sz w:val="16"/>
              </w:rPr>
              <w:t>科目</w:t>
            </w:r>
          </w:p>
        </w:tc>
        <w:tc>
          <w:tcPr>
            <w:tcW w:w="1360" w:type="dxa"/>
            <w:vAlign w:val="center"/>
          </w:tcPr>
          <w:p w14:paraId="741BDABF" w14:textId="77777777" w:rsidR="002C19D2" w:rsidRDefault="002C19D2" w:rsidP="002448E0">
            <w:pPr>
              <w:spacing w:after="0"/>
              <w:jc w:val="center"/>
            </w:pPr>
            <w:r>
              <w:rPr>
                <w:sz w:val="16"/>
              </w:rPr>
              <w:t>交付決定額</w:t>
            </w:r>
          </w:p>
        </w:tc>
        <w:tc>
          <w:tcPr>
            <w:tcW w:w="1474" w:type="dxa"/>
            <w:vAlign w:val="center"/>
          </w:tcPr>
          <w:p w14:paraId="6BA3C06E" w14:textId="77777777" w:rsidR="002C19D2" w:rsidRDefault="002C19D2" w:rsidP="002448E0">
            <w:pPr>
              <w:spacing w:after="0"/>
              <w:jc w:val="center"/>
            </w:pPr>
            <w:r>
              <w:rPr>
                <w:sz w:val="16"/>
              </w:rPr>
              <w:t>変更後</w:t>
            </w:r>
            <w:r>
              <w:rPr>
                <w:sz w:val="16"/>
              </w:rPr>
              <w:br/>
              <w:t>交付決定額</w:t>
            </w:r>
          </w:p>
        </w:tc>
        <w:tc>
          <w:tcPr>
            <w:tcW w:w="1474" w:type="dxa"/>
            <w:vAlign w:val="center"/>
          </w:tcPr>
          <w:p w14:paraId="041A1D4C" w14:textId="77777777" w:rsidR="002C19D2" w:rsidRDefault="002C19D2" w:rsidP="002448E0">
            <w:pPr>
              <w:spacing w:after="0"/>
              <w:jc w:val="center"/>
            </w:pPr>
            <w:r>
              <w:rPr>
                <w:sz w:val="16"/>
              </w:rPr>
              <w:t>流用額</w:t>
            </w:r>
          </w:p>
        </w:tc>
        <w:tc>
          <w:tcPr>
            <w:tcW w:w="1474" w:type="dxa"/>
            <w:vAlign w:val="center"/>
          </w:tcPr>
          <w:p w14:paraId="78E29E49" w14:textId="77777777" w:rsidR="002C19D2" w:rsidRDefault="002C19D2" w:rsidP="002448E0">
            <w:pPr>
              <w:spacing w:after="0"/>
              <w:jc w:val="center"/>
            </w:pPr>
            <w:r>
              <w:rPr>
                <w:sz w:val="16"/>
              </w:rPr>
              <w:t>予算現額</w:t>
            </w:r>
          </w:p>
        </w:tc>
        <w:tc>
          <w:tcPr>
            <w:tcW w:w="1474" w:type="dxa"/>
            <w:vAlign w:val="center"/>
          </w:tcPr>
          <w:p w14:paraId="28DF40C5" w14:textId="77777777" w:rsidR="002C19D2" w:rsidRDefault="002C19D2" w:rsidP="002448E0">
            <w:pPr>
              <w:spacing w:after="0"/>
              <w:jc w:val="center"/>
            </w:pPr>
            <w:r>
              <w:rPr>
                <w:sz w:val="16"/>
              </w:rPr>
              <w:t>支出済額</w:t>
            </w:r>
          </w:p>
        </w:tc>
        <w:tc>
          <w:tcPr>
            <w:tcW w:w="1433" w:type="dxa"/>
            <w:vAlign w:val="center"/>
          </w:tcPr>
          <w:p w14:paraId="17C48EED" w14:textId="77777777" w:rsidR="002C19D2" w:rsidRDefault="002C19D2" w:rsidP="002448E0">
            <w:pPr>
              <w:spacing w:after="0"/>
              <w:jc w:val="center"/>
            </w:pPr>
            <w:r>
              <w:rPr>
                <w:sz w:val="16"/>
              </w:rPr>
              <w:t>予算残額</w:t>
            </w:r>
          </w:p>
        </w:tc>
      </w:tr>
      <w:tr w:rsidR="002C19D2" w14:paraId="465A31DE" w14:textId="77777777" w:rsidTr="002448E0">
        <w:trPr>
          <w:trHeight w:val="454"/>
          <w:jc w:val="center"/>
        </w:trPr>
        <w:tc>
          <w:tcPr>
            <w:tcW w:w="992" w:type="dxa"/>
            <w:vAlign w:val="center"/>
          </w:tcPr>
          <w:p w14:paraId="5AFA7D95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360" w:type="dxa"/>
            <w:vAlign w:val="center"/>
          </w:tcPr>
          <w:p w14:paraId="56B0AC06" w14:textId="77777777" w:rsidR="002C19D2" w:rsidRDefault="002C19D2" w:rsidP="002448E0">
            <w:pPr>
              <w:spacing w:after="0"/>
              <w:jc w:val="right"/>
            </w:pPr>
            <w:r>
              <w:rPr>
                <w:sz w:val="16"/>
              </w:rPr>
              <w:t>円</w:t>
            </w:r>
          </w:p>
        </w:tc>
        <w:tc>
          <w:tcPr>
            <w:tcW w:w="1474" w:type="dxa"/>
            <w:vAlign w:val="center"/>
          </w:tcPr>
          <w:p w14:paraId="52C4356D" w14:textId="77777777" w:rsidR="002C19D2" w:rsidRDefault="002C19D2" w:rsidP="002448E0">
            <w:pPr>
              <w:spacing w:after="0"/>
              <w:jc w:val="right"/>
            </w:pPr>
            <w:r>
              <w:rPr>
                <w:sz w:val="16"/>
              </w:rPr>
              <w:t>円</w:t>
            </w:r>
          </w:p>
        </w:tc>
        <w:tc>
          <w:tcPr>
            <w:tcW w:w="1474" w:type="dxa"/>
            <w:vAlign w:val="center"/>
          </w:tcPr>
          <w:p w14:paraId="4C4268DE" w14:textId="77777777" w:rsidR="002C19D2" w:rsidRDefault="002C19D2" w:rsidP="002448E0">
            <w:pPr>
              <w:spacing w:after="0"/>
              <w:jc w:val="right"/>
            </w:pPr>
            <w:r>
              <w:rPr>
                <w:sz w:val="16"/>
              </w:rPr>
              <w:t>円</w:t>
            </w:r>
          </w:p>
        </w:tc>
        <w:tc>
          <w:tcPr>
            <w:tcW w:w="1474" w:type="dxa"/>
            <w:vAlign w:val="center"/>
          </w:tcPr>
          <w:p w14:paraId="2ABDF76C" w14:textId="77777777" w:rsidR="002C19D2" w:rsidRDefault="002C19D2" w:rsidP="002448E0">
            <w:pPr>
              <w:spacing w:after="0"/>
              <w:jc w:val="right"/>
            </w:pPr>
            <w:r>
              <w:rPr>
                <w:sz w:val="16"/>
              </w:rPr>
              <w:t>円</w:t>
            </w:r>
          </w:p>
        </w:tc>
        <w:tc>
          <w:tcPr>
            <w:tcW w:w="1474" w:type="dxa"/>
            <w:vAlign w:val="center"/>
          </w:tcPr>
          <w:p w14:paraId="54C9BDDA" w14:textId="77777777" w:rsidR="002C19D2" w:rsidRDefault="002C19D2" w:rsidP="002448E0">
            <w:pPr>
              <w:spacing w:after="0"/>
              <w:jc w:val="right"/>
            </w:pPr>
            <w:r>
              <w:rPr>
                <w:sz w:val="16"/>
              </w:rPr>
              <w:t>円</w:t>
            </w:r>
          </w:p>
        </w:tc>
        <w:tc>
          <w:tcPr>
            <w:tcW w:w="1433" w:type="dxa"/>
            <w:vAlign w:val="center"/>
          </w:tcPr>
          <w:p w14:paraId="5A85494F" w14:textId="77777777" w:rsidR="002C19D2" w:rsidRDefault="002C19D2" w:rsidP="002448E0">
            <w:pPr>
              <w:spacing w:after="0"/>
              <w:jc w:val="right"/>
            </w:pPr>
            <w:r>
              <w:rPr>
                <w:sz w:val="16"/>
              </w:rPr>
              <w:t>円</w:t>
            </w:r>
          </w:p>
        </w:tc>
      </w:tr>
      <w:tr w:rsidR="002C19D2" w14:paraId="616B4E02" w14:textId="77777777" w:rsidTr="002448E0">
        <w:trPr>
          <w:trHeight w:val="454"/>
          <w:jc w:val="center"/>
        </w:trPr>
        <w:tc>
          <w:tcPr>
            <w:tcW w:w="992" w:type="dxa"/>
            <w:vAlign w:val="center"/>
          </w:tcPr>
          <w:p w14:paraId="0D37E725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360" w:type="dxa"/>
            <w:vAlign w:val="center"/>
          </w:tcPr>
          <w:p w14:paraId="34AB3395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26E6BD5D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7CFB5147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506A0F59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0FDB9B3B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433" w:type="dxa"/>
            <w:vAlign w:val="center"/>
          </w:tcPr>
          <w:p w14:paraId="76DEEE5D" w14:textId="77777777" w:rsidR="002C19D2" w:rsidRDefault="002C19D2" w:rsidP="002448E0">
            <w:pPr>
              <w:spacing w:after="0"/>
              <w:jc w:val="center"/>
            </w:pPr>
          </w:p>
        </w:tc>
      </w:tr>
      <w:tr w:rsidR="002C19D2" w14:paraId="5055540B" w14:textId="77777777" w:rsidTr="002448E0">
        <w:trPr>
          <w:trHeight w:val="454"/>
          <w:jc w:val="center"/>
        </w:trPr>
        <w:tc>
          <w:tcPr>
            <w:tcW w:w="992" w:type="dxa"/>
            <w:vAlign w:val="center"/>
          </w:tcPr>
          <w:p w14:paraId="6C9C960A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360" w:type="dxa"/>
            <w:vAlign w:val="center"/>
          </w:tcPr>
          <w:p w14:paraId="4E34EC60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5F5D0AB2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0F70371E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5EFF3551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7FAD3FD6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433" w:type="dxa"/>
            <w:vAlign w:val="center"/>
          </w:tcPr>
          <w:p w14:paraId="3476E5A9" w14:textId="77777777" w:rsidR="002C19D2" w:rsidRDefault="002C19D2" w:rsidP="002448E0">
            <w:pPr>
              <w:spacing w:after="0"/>
              <w:jc w:val="center"/>
            </w:pPr>
          </w:p>
        </w:tc>
      </w:tr>
      <w:tr w:rsidR="002C19D2" w14:paraId="5925D68F" w14:textId="77777777" w:rsidTr="002448E0">
        <w:trPr>
          <w:trHeight w:val="454"/>
          <w:jc w:val="center"/>
        </w:trPr>
        <w:tc>
          <w:tcPr>
            <w:tcW w:w="992" w:type="dxa"/>
            <w:vAlign w:val="center"/>
          </w:tcPr>
          <w:p w14:paraId="7486070E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360" w:type="dxa"/>
            <w:vAlign w:val="center"/>
          </w:tcPr>
          <w:p w14:paraId="54C994DA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54605745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0F00D75F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2E53212B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462C374D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433" w:type="dxa"/>
            <w:vAlign w:val="center"/>
          </w:tcPr>
          <w:p w14:paraId="29526628" w14:textId="77777777" w:rsidR="002C19D2" w:rsidRDefault="002C19D2" w:rsidP="002448E0">
            <w:pPr>
              <w:spacing w:after="0"/>
              <w:jc w:val="center"/>
            </w:pPr>
          </w:p>
        </w:tc>
      </w:tr>
      <w:tr w:rsidR="002C19D2" w14:paraId="7CB666D3" w14:textId="77777777" w:rsidTr="002448E0">
        <w:trPr>
          <w:trHeight w:val="454"/>
          <w:jc w:val="center"/>
        </w:trPr>
        <w:tc>
          <w:tcPr>
            <w:tcW w:w="992" w:type="dxa"/>
            <w:vAlign w:val="center"/>
          </w:tcPr>
          <w:p w14:paraId="1BA51779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360" w:type="dxa"/>
            <w:vAlign w:val="center"/>
          </w:tcPr>
          <w:p w14:paraId="27824989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4C4BD8AC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14C41867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41E8D9B2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1CF456EF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433" w:type="dxa"/>
            <w:vAlign w:val="center"/>
          </w:tcPr>
          <w:p w14:paraId="64B7DD6C" w14:textId="77777777" w:rsidR="002C19D2" w:rsidRDefault="002C19D2" w:rsidP="002448E0">
            <w:pPr>
              <w:spacing w:after="0"/>
              <w:jc w:val="center"/>
            </w:pPr>
          </w:p>
        </w:tc>
      </w:tr>
      <w:tr w:rsidR="002C19D2" w14:paraId="15D57D54" w14:textId="77777777" w:rsidTr="002448E0">
        <w:trPr>
          <w:trHeight w:val="454"/>
          <w:jc w:val="center"/>
        </w:trPr>
        <w:tc>
          <w:tcPr>
            <w:tcW w:w="992" w:type="dxa"/>
            <w:vAlign w:val="center"/>
          </w:tcPr>
          <w:p w14:paraId="7C93B0BF" w14:textId="77777777" w:rsidR="002C19D2" w:rsidRDefault="002C19D2" w:rsidP="002448E0">
            <w:pPr>
              <w:spacing w:after="0"/>
              <w:jc w:val="center"/>
            </w:pPr>
            <w:r>
              <w:rPr>
                <w:sz w:val="17"/>
              </w:rPr>
              <w:t>合計</w:t>
            </w:r>
          </w:p>
        </w:tc>
        <w:tc>
          <w:tcPr>
            <w:tcW w:w="1360" w:type="dxa"/>
            <w:vAlign w:val="center"/>
          </w:tcPr>
          <w:p w14:paraId="48F09895" w14:textId="77777777" w:rsidR="002C19D2" w:rsidRDefault="002C19D2" w:rsidP="002448E0">
            <w:pPr>
              <w:spacing w:after="0"/>
              <w:jc w:val="right"/>
            </w:pPr>
            <w:r>
              <w:rPr>
                <w:sz w:val="16"/>
              </w:rPr>
              <w:t>円</w:t>
            </w:r>
          </w:p>
        </w:tc>
        <w:tc>
          <w:tcPr>
            <w:tcW w:w="1474" w:type="dxa"/>
            <w:vAlign w:val="center"/>
          </w:tcPr>
          <w:p w14:paraId="511A5615" w14:textId="77777777" w:rsidR="002C19D2" w:rsidRDefault="002C19D2" w:rsidP="002448E0">
            <w:pPr>
              <w:spacing w:after="0"/>
              <w:jc w:val="right"/>
            </w:pPr>
            <w:r>
              <w:rPr>
                <w:sz w:val="16"/>
              </w:rPr>
              <w:t>円</w:t>
            </w:r>
          </w:p>
        </w:tc>
        <w:tc>
          <w:tcPr>
            <w:tcW w:w="1474" w:type="dxa"/>
            <w:vAlign w:val="center"/>
          </w:tcPr>
          <w:p w14:paraId="7A65482E" w14:textId="77777777" w:rsidR="002C19D2" w:rsidRDefault="002C19D2" w:rsidP="002448E0">
            <w:pPr>
              <w:spacing w:after="0"/>
              <w:jc w:val="right"/>
            </w:pPr>
            <w:r>
              <w:rPr>
                <w:sz w:val="16"/>
              </w:rPr>
              <w:t>円</w:t>
            </w:r>
          </w:p>
        </w:tc>
        <w:tc>
          <w:tcPr>
            <w:tcW w:w="1474" w:type="dxa"/>
            <w:vAlign w:val="center"/>
          </w:tcPr>
          <w:p w14:paraId="1A8F03C6" w14:textId="77777777" w:rsidR="002C19D2" w:rsidRDefault="002C19D2" w:rsidP="002448E0">
            <w:pPr>
              <w:spacing w:after="0"/>
              <w:jc w:val="right"/>
            </w:pPr>
            <w:r>
              <w:rPr>
                <w:sz w:val="16"/>
              </w:rPr>
              <w:t>円</w:t>
            </w:r>
          </w:p>
        </w:tc>
        <w:tc>
          <w:tcPr>
            <w:tcW w:w="1474" w:type="dxa"/>
            <w:vAlign w:val="center"/>
          </w:tcPr>
          <w:p w14:paraId="7B908E87" w14:textId="77777777" w:rsidR="002C19D2" w:rsidRDefault="002C19D2" w:rsidP="002448E0">
            <w:pPr>
              <w:spacing w:after="0"/>
              <w:jc w:val="right"/>
            </w:pPr>
            <w:r>
              <w:rPr>
                <w:sz w:val="16"/>
              </w:rPr>
              <w:t>円</w:t>
            </w:r>
          </w:p>
        </w:tc>
        <w:tc>
          <w:tcPr>
            <w:tcW w:w="1433" w:type="dxa"/>
            <w:vAlign w:val="center"/>
          </w:tcPr>
          <w:p w14:paraId="73B8DBCF" w14:textId="77777777" w:rsidR="002C19D2" w:rsidRDefault="002C19D2" w:rsidP="002448E0">
            <w:pPr>
              <w:spacing w:after="0"/>
              <w:jc w:val="right"/>
            </w:pPr>
            <w:r>
              <w:rPr>
                <w:sz w:val="16"/>
              </w:rPr>
              <w:t>円</w:t>
            </w:r>
          </w:p>
        </w:tc>
      </w:tr>
    </w:tbl>
    <w:p w14:paraId="3A35ACFF" w14:textId="77777777" w:rsidR="002C19D2" w:rsidRDefault="002C19D2" w:rsidP="002C19D2">
      <w:pPr>
        <w:spacing w:after="40"/>
      </w:pPr>
    </w:p>
    <w:p w14:paraId="383A964B" w14:textId="77777777" w:rsidR="002C19D2" w:rsidRDefault="002C19D2" w:rsidP="002C19D2">
      <w:pPr>
        <w:spacing w:after="40"/>
      </w:pPr>
      <w:r>
        <w:t>収支精算書（支出済額明細）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60"/>
        <w:gridCol w:w="1360"/>
        <w:gridCol w:w="680"/>
        <w:gridCol w:w="1474"/>
        <w:gridCol w:w="1757"/>
        <w:gridCol w:w="1530"/>
        <w:gridCol w:w="1530"/>
      </w:tblGrid>
      <w:tr w:rsidR="002C19D2" w14:paraId="4557A4AB" w14:textId="77777777" w:rsidTr="002448E0">
        <w:trPr>
          <w:trHeight w:val="567"/>
          <w:jc w:val="center"/>
        </w:trPr>
        <w:tc>
          <w:tcPr>
            <w:tcW w:w="1360" w:type="dxa"/>
            <w:vAlign w:val="center"/>
          </w:tcPr>
          <w:p w14:paraId="3AA4850D" w14:textId="77777777" w:rsidR="002C19D2" w:rsidRDefault="002C19D2" w:rsidP="002448E0">
            <w:pPr>
              <w:spacing w:after="0"/>
              <w:jc w:val="center"/>
            </w:pPr>
            <w:r>
              <w:rPr>
                <w:sz w:val="16"/>
              </w:rPr>
              <w:t>年月日</w:t>
            </w:r>
          </w:p>
        </w:tc>
        <w:tc>
          <w:tcPr>
            <w:tcW w:w="1360" w:type="dxa"/>
            <w:vAlign w:val="center"/>
          </w:tcPr>
          <w:p w14:paraId="54911A57" w14:textId="77777777" w:rsidR="002C19D2" w:rsidRDefault="002C19D2" w:rsidP="002448E0">
            <w:pPr>
              <w:spacing w:after="0"/>
              <w:jc w:val="center"/>
            </w:pPr>
            <w:r>
              <w:rPr>
                <w:sz w:val="16"/>
              </w:rPr>
              <w:t>種別</w:t>
            </w:r>
          </w:p>
        </w:tc>
        <w:tc>
          <w:tcPr>
            <w:tcW w:w="680" w:type="dxa"/>
            <w:vAlign w:val="center"/>
          </w:tcPr>
          <w:p w14:paraId="5DAC548B" w14:textId="77777777" w:rsidR="002C19D2" w:rsidRDefault="002C19D2" w:rsidP="002448E0">
            <w:pPr>
              <w:spacing w:after="0"/>
              <w:jc w:val="center"/>
            </w:pPr>
            <w:r>
              <w:rPr>
                <w:sz w:val="16"/>
              </w:rPr>
              <w:t>数量</w:t>
            </w:r>
          </w:p>
        </w:tc>
        <w:tc>
          <w:tcPr>
            <w:tcW w:w="1474" w:type="dxa"/>
            <w:vAlign w:val="center"/>
          </w:tcPr>
          <w:p w14:paraId="373449A4" w14:textId="77777777" w:rsidR="002C19D2" w:rsidRDefault="002C19D2" w:rsidP="002448E0">
            <w:pPr>
              <w:spacing w:after="0"/>
              <w:jc w:val="center"/>
            </w:pPr>
            <w:r>
              <w:rPr>
                <w:sz w:val="16"/>
              </w:rPr>
              <w:t>単価</w:t>
            </w:r>
          </w:p>
        </w:tc>
        <w:tc>
          <w:tcPr>
            <w:tcW w:w="1757" w:type="dxa"/>
            <w:vAlign w:val="center"/>
          </w:tcPr>
          <w:p w14:paraId="6BF9D6B1" w14:textId="77777777" w:rsidR="002C19D2" w:rsidRDefault="002C19D2" w:rsidP="002448E0">
            <w:pPr>
              <w:spacing w:after="0"/>
              <w:jc w:val="center"/>
            </w:pPr>
            <w:r>
              <w:rPr>
                <w:sz w:val="16"/>
              </w:rPr>
              <w:t>金額</w:t>
            </w:r>
          </w:p>
        </w:tc>
        <w:tc>
          <w:tcPr>
            <w:tcW w:w="1530" w:type="dxa"/>
            <w:vAlign w:val="center"/>
          </w:tcPr>
          <w:p w14:paraId="6AAE3464" w14:textId="77777777" w:rsidR="002C19D2" w:rsidRDefault="002C19D2" w:rsidP="002448E0">
            <w:pPr>
              <w:spacing w:after="0"/>
              <w:jc w:val="center"/>
            </w:pPr>
            <w:r>
              <w:rPr>
                <w:sz w:val="16"/>
              </w:rPr>
              <w:t>請負・</w:t>
            </w:r>
            <w:r>
              <w:rPr>
                <w:sz w:val="16"/>
              </w:rPr>
              <w:br/>
              <w:t>購入先</w:t>
            </w:r>
          </w:p>
        </w:tc>
        <w:tc>
          <w:tcPr>
            <w:tcW w:w="1530" w:type="dxa"/>
            <w:vAlign w:val="center"/>
          </w:tcPr>
          <w:p w14:paraId="381CD657" w14:textId="77777777" w:rsidR="002C19D2" w:rsidRDefault="002C19D2" w:rsidP="002448E0">
            <w:pPr>
              <w:spacing w:after="0"/>
              <w:jc w:val="center"/>
            </w:pPr>
            <w:r>
              <w:rPr>
                <w:sz w:val="16"/>
              </w:rPr>
              <w:t>備考</w:t>
            </w:r>
          </w:p>
        </w:tc>
      </w:tr>
      <w:tr w:rsidR="002C19D2" w14:paraId="009C166E" w14:textId="77777777" w:rsidTr="002448E0">
        <w:trPr>
          <w:trHeight w:val="454"/>
          <w:jc w:val="center"/>
        </w:trPr>
        <w:tc>
          <w:tcPr>
            <w:tcW w:w="1360" w:type="dxa"/>
            <w:vAlign w:val="center"/>
          </w:tcPr>
          <w:p w14:paraId="4E54FE86" w14:textId="77777777" w:rsidR="002C19D2" w:rsidRDefault="002C19D2" w:rsidP="002448E0">
            <w:pPr>
              <w:spacing w:after="0"/>
            </w:pPr>
            <w:r>
              <w:rPr>
                <w:sz w:val="16"/>
              </w:rPr>
              <w:t xml:space="preserve">令和　</w:t>
            </w:r>
            <w:r>
              <w:rPr>
                <w:rFonts w:asciiTheme="minorEastAsia" w:eastAsiaTheme="minorEastAsia" w:hAnsiTheme="minorEastAsia" w:hint="eastAsia"/>
                <w:sz w:val="16"/>
                <w:lang w:eastAsia="ja-JP"/>
              </w:rPr>
              <w:t xml:space="preserve">　</w:t>
            </w:r>
            <w:r>
              <w:rPr>
                <w:sz w:val="16"/>
              </w:rPr>
              <w:t>年</w:t>
            </w:r>
            <w:r>
              <w:rPr>
                <w:sz w:val="16"/>
              </w:rPr>
              <w:br/>
              <w:t xml:space="preserve">　</w:t>
            </w:r>
            <w:r>
              <w:rPr>
                <w:rFonts w:asciiTheme="minorEastAsia" w:eastAsiaTheme="minorEastAsia" w:hAnsiTheme="minorEastAsia" w:hint="eastAsia"/>
                <w:sz w:val="16"/>
                <w:lang w:eastAsia="ja-JP"/>
              </w:rPr>
              <w:t xml:space="preserve">　</w:t>
            </w:r>
            <w:r>
              <w:rPr>
                <w:sz w:val="16"/>
              </w:rPr>
              <w:t xml:space="preserve">月　</w:t>
            </w:r>
            <w:r>
              <w:rPr>
                <w:rFonts w:asciiTheme="minorEastAsia" w:eastAsiaTheme="minorEastAsia" w:hAnsiTheme="minorEastAsia" w:hint="eastAsia"/>
                <w:sz w:val="16"/>
                <w:lang w:eastAsia="ja-JP"/>
              </w:rPr>
              <w:t xml:space="preserve">　</w:t>
            </w:r>
            <w:r>
              <w:rPr>
                <w:sz w:val="16"/>
              </w:rPr>
              <w:t>日</w:t>
            </w:r>
          </w:p>
        </w:tc>
        <w:tc>
          <w:tcPr>
            <w:tcW w:w="1360" w:type="dxa"/>
            <w:vAlign w:val="center"/>
          </w:tcPr>
          <w:p w14:paraId="2DB542AE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680" w:type="dxa"/>
            <w:vAlign w:val="center"/>
          </w:tcPr>
          <w:p w14:paraId="1DCBEB8C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331827A3" w14:textId="77777777" w:rsidR="002C19D2" w:rsidRDefault="002C19D2" w:rsidP="002448E0">
            <w:pPr>
              <w:spacing w:after="0"/>
              <w:jc w:val="right"/>
            </w:pPr>
            <w:r>
              <w:rPr>
                <w:sz w:val="16"/>
              </w:rPr>
              <w:t>円</w:t>
            </w:r>
          </w:p>
        </w:tc>
        <w:tc>
          <w:tcPr>
            <w:tcW w:w="1757" w:type="dxa"/>
            <w:vAlign w:val="center"/>
          </w:tcPr>
          <w:p w14:paraId="40B56085" w14:textId="77777777" w:rsidR="002C19D2" w:rsidRDefault="002C19D2" w:rsidP="002448E0">
            <w:pPr>
              <w:spacing w:after="0"/>
              <w:jc w:val="right"/>
            </w:pPr>
            <w:r>
              <w:rPr>
                <w:sz w:val="16"/>
              </w:rPr>
              <w:t>円</w:t>
            </w:r>
          </w:p>
        </w:tc>
        <w:tc>
          <w:tcPr>
            <w:tcW w:w="1530" w:type="dxa"/>
            <w:vAlign w:val="center"/>
          </w:tcPr>
          <w:p w14:paraId="0944B306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530" w:type="dxa"/>
            <w:vAlign w:val="center"/>
          </w:tcPr>
          <w:p w14:paraId="2B94A574" w14:textId="77777777" w:rsidR="002C19D2" w:rsidRDefault="002C19D2" w:rsidP="002448E0">
            <w:pPr>
              <w:spacing w:after="0"/>
              <w:jc w:val="center"/>
            </w:pPr>
          </w:p>
        </w:tc>
      </w:tr>
      <w:tr w:rsidR="002C19D2" w14:paraId="0D64BC19" w14:textId="77777777" w:rsidTr="002448E0">
        <w:trPr>
          <w:trHeight w:val="454"/>
          <w:jc w:val="center"/>
        </w:trPr>
        <w:tc>
          <w:tcPr>
            <w:tcW w:w="1360" w:type="dxa"/>
            <w:vAlign w:val="center"/>
          </w:tcPr>
          <w:p w14:paraId="7F1531C7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360" w:type="dxa"/>
            <w:vAlign w:val="center"/>
          </w:tcPr>
          <w:p w14:paraId="6B23ABDB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680" w:type="dxa"/>
            <w:vAlign w:val="center"/>
          </w:tcPr>
          <w:p w14:paraId="5284F302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516B76B5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757" w:type="dxa"/>
            <w:vAlign w:val="center"/>
          </w:tcPr>
          <w:p w14:paraId="22B5D592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530" w:type="dxa"/>
            <w:vAlign w:val="center"/>
          </w:tcPr>
          <w:p w14:paraId="34CF1762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530" w:type="dxa"/>
            <w:vAlign w:val="center"/>
          </w:tcPr>
          <w:p w14:paraId="07C0E02C" w14:textId="77777777" w:rsidR="002C19D2" w:rsidRDefault="002C19D2" w:rsidP="002448E0">
            <w:pPr>
              <w:spacing w:after="0"/>
              <w:jc w:val="center"/>
            </w:pPr>
          </w:p>
        </w:tc>
      </w:tr>
      <w:tr w:rsidR="002C19D2" w14:paraId="209A5411" w14:textId="77777777" w:rsidTr="002448E0">
        <w:trPr>
          <w:trHeight w:val="454"/>
          <w:jc w:val="center"/>
        </w:trPr>
        <w:tc>
          <w:tcPr>
            <w:tcW w:w="1360" w:type="dxa"/>
            <w:vAlign w:val="center"/>
          </w:tcPr>
          <w:p w14:paraId="6C90C2D4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360" w:type="dxa"/>
            <w:vAlign w:val="center"/>
          </w:tcPr>
          <w:p w14:paraId="088F1E41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680" w:type="dxa"/>
            <w:vAlign w:val="center"/>
          </w:tcPr>
          <w:p w14:paraId="758851FE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09BE67D3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757" w:type="dxa"/>
            <w:vAlign w:val="center"/>
          </w:tcPr>
          <w:p w14:paraId="68A1C884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530" w:type="dxa"/>
            <w:vAlign w:val="center"/>
          </w:tcPr>
          <w:p w14:paraId="21965901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530" w:type="dxa"/>
            <w:vAlign w:val="center"/>
          </w:tcPr>
          <w:p w14:paraId="1FE1482B" w14:textId="77777777" w:rsidR="002C19D2" w:rsidRDefault="002C19D2" w:rsidP="002448E0">
            <w:pPr>
              <w:spacing w:after="0"/>
              <w:jc w:val="center"/>
            </w:pPr>
          </w:p>
        </w:tc>
      </w:tr>
      <w:tr w:rsidR="002C19D2" w14:paraId="587FFBEA" w14:textId="77777777" w:rsidTr="002448E0">
        <w:trPr>
          <w:trHeight w:val="454"/>
          <w:jc w:val="center"/>
        </w:trPr>
        <w:tc>
          <w:tcPr>
            <w:tcW w:w="1360" w:type="dxa"/>
            <w:vAlign w:val="center"/>
          </w:tcPr>
          <w:p w14:paraId="5B97DDBA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360" w:type="dxa"/>
            <w:vAlign w:val="center"/>
          </w:tcPr>
          <w:p w14:paraId="6C220255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680" w:type="dxa"/>
            <w:vAlign w:val="center"/>
          </w:tcPr>
          <w:p w14:paraId="6FC067F1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43608C80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757" w:type="dxa"/>
            <w:vAlign w:val="center"/>
          </w:tcPr>
          <w:p w14:paraId="69FADF64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530" w:type="dxa"/>
            <w:vAlign w:val="center"/>
          </w:tcPr>
          <w:p w14:paraId="5858F7D0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530" w:type="dxa"/>
            <w:vAlign w:val="center"/>
          </w:tcPr>
          <w:p w14:paraId="6827C366" w14:textId="77777777" w:rsidR="002C19D2" w:rsidRDefault="002C19D2" w:rsidP="002448E0">
            <w:pPr>
              <w:spacing w:after="0"/>
              <w:jc w:val="center"/>
            </w:pPr>
          </w:p>
        </w:tc>
      </w:tr>
      <w:tr w:rsidR="002C19D2" w14:paraId="3EC961FC" w14:textId="77777777" w:rsidTr="002448E0">
        <w:trPr>
          <w:trHeight w:val="454"/>
          <w:jc w:val="center"/>
        </w:trPr>
        <w:tc>
          <w:tcPr>
            <w:tcW w:w="1360" w:type="dxa"/>
            <w:vAlign w:val="center"/>
          </w:tcPr>
          <w:p w14:paraId="40F0345F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360" w:type="dxa"/>
            <w:vAlign w:val="center"/>
          </w:tcPr>
          <w:p w14:paraId="5A15FDB9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680" w:type="dxa"/>
            <w:vAlign w:val="center"/>
          </w:tcPr>
          <w:p w14:paraId="18B37A8D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38712C9E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757" w:type="dxa"/>
            <w:vAlign w:val="center"/>
          </w:tcPr>
          <w:p w14:paraId="68C9887B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530" w:type="dxa"/>
            <w:vAlign w:val="center"/>
          </w:tcPr>
          <w:p w14:paraId="1685C3C8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530" w:type="dxa"/>
            <w:vAlign w:val="center"/>
          </w:tcPr>
          <w:p w14:paraId="24B4951E" w14:textId="77777777" w:rsidR="002C19D2" w:rsidRDefault="002C19D2" w:rsidP="002448E0">
            <w:pPr>
              <w:spacing w:after="0"/>
              <w:jc w:val="center"/>
            </w:pPr>
          </w:p>
        </w:tc>
      </w:tr>
      <w:tr w:rsidR="002C19D2" w14:paraId="74243E73" w14:textId="77777777" w:rsidTr="002448E0">
        <w:trPr>
          <w:trHeight w:val="454"/>
          <w:jc w:val="center"/>
        </w:trPr>
        <w:tc>
          <w:tcPr>
            <w:tcW w:w="1360" w:type="dxa"/>
            <w:vAlign w:val="center"/>
          </w:tcPr>
          <w:p w14:paraId="4EC0E254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360" w:type="dxa"/>
            <w:vAlign w:val="center"/>
          </w:tcPr>
          <w:p w14:paraId="58B78BED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680" w:type="dxa"/>
            <w:vAlign w:val="center"/>
          </w:tcPr>
          <w:p w14:paraId="147FF404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0BC10D08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757" w:type="dxa"/>
            <w:vAlign w:val="center"/>
          </w:tcPr>
          <w:p w14:paraId="081D9BA4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530" w:type="dxa"/>
            <w:vAlign w:val="center"/>
          </w:tcPr>
          <w:p w14:paraId="72E88ABD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530" w:type="dxa"/>
            <w:vAlign w:val="center"/>
          </w:tcPr>
          <w:p w14:paraId="5E1F5C49" w14:textId="77777777" w:rsidR="002C19D2" w:rsidRDefault="002C19D2" w:rsidP="002448E0">
            <w:pPr>
              <w:spacing w:after="0"/>
              <w:jc w:val="center"/>
            </w:pPr>
          </w:p>
        </w:tc>
      </w:tr>
      <w:tr w:rsidR="002C19D2" w14:paraId="4E0506E8" w14:textId="77777777" w:rsidTr="002448E0">
        <w:trPr>
          <w:trHeight w:val="454"/>
          <w:jc w:val="center"/>
        </w:trPr>
        <w:tc>
          <w:tcPr>
            <w:tcW w:w="1360" w:type="dxa"/>
            <w:vAlign w:val="center"/>
          </w:tcPr>
          <w:p w14:paraId="2D7CAB21" w14:textId="77777777" w:rsidR="002C19D2" w:rsidRDefault="002C19D2" w:rsidP="002448E0">
            <w:pPr>
              <w:spacing w:after="0"/>
              <w:jc w:val="center"/>
            </w:pPr>
            <w:r>
              <w:rPr>
                <w:sz w:val="17"/>
              </w:rPr>
              <w:t>合計</w:t>
            </w:r>
          </w:p>
        </w:tc>
        <w:tc>
          <w:tcPr>
            <w:tcW w:w="1360" w:type="dxa"/>
            <w:vAlign w:val="center"/>
          </w:tcPr>
          <w:p w14:paraId="22BDD374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680" w:type="dxa"/>
            <w:vAlign w:val="center"/>
          </w:tcPr>
          <w:p w14:paraId="6765C109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474" w:type="dxa"/>
            <w:vAlign w:val="center"/>
          </w:tcPr>
          <w:p w14:paraId="45AB6371" w14:textId="77777777" w:rsidR="002C19D2" w:rsidRDefault="002C19D2" w:rsidP="002448E0">
            <w:pPr>
              <w:spacing w:after="0"/>
              <w:jc w:val="right"/>
            </w:pPr>
            <w:r>
              <w:rPr>
                <w:sz w:val="16"/>
              </w:rPr>
              <w:t>円</w:t>
            </w:r>
          </w:p>
        </w:tc>
        <w:tc>
          <w:tcPr>
            <w:tcW w:w="1757" w:type="dxa"/>
            <w:vAlign w:val="center"/>
          </w:tcPr>
          <w:p w14:paraId="5B12B27A" w14:textId="77777777" w:rsidR="002C19D2" w:rsidRDefault="002C19D2" w:rsidP="002448E0">
            <w:pPr>
              <w:spacing w:after="0"/>
              <w:jc w:val="right"/>
            </w:pPr>
            <w:r>
              <w:rPr>
                <w:sz w:val="16"/>
              </w:rPr>
              <w:t>円</w:t>
            </w:r>
          </w:p>
        </w:tc>
        <w:tc>
          <w:tcPr>
            <w:tcW w:w="1530" w:type="dxa"/>
            <w:vAlign w:val="center"/>
          </w:tcPr>
          <w:p w14:paraId="7755D6A5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530" w:type="dxa"/>
            <w:vAlign w:val="center"/>
          </w:tcPr>
          <w:p w14:paraId="33188076" w14:textId="77777777" w:rsidR="002C19D2" w:rsidRDefault="002C19D2" w:rsidP="002448E0">
            <w:pPr>
              <w:spacing w:after="0"/>
              <w:jc w:val="center"/>
            </w:pPr>
          </w:p>
        </w:tc>
      </w:tr>
    </w:tbl>
    <w:p w14:paraId="31E6DC88" w14:textId="77777777" w:rsidR="002C19D2" w:rsidRDefault="002C19D2" w:rsidP="002C19D2">
      <w:pPr>
        <w:spacing w:after="40"/>
      </w:pPr>
    </w:p>
    <w:p w14:paraId="00A7169E" w14:textId="77777777" w:rsidR="002C19D2" w:rsidRDefault="002C19D2" w:rsidP="002C19D2">
      <w:pPr>
        <w:spacing w:after="40"/>
      </w:pPr>
      <w:r>
        <w:t>事業成績書</w:t>
      </w:r>
    </w:p>
    <w:tbl>
      <w:tblPr>
        <w:tblW w:w="978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623"/>
        <w:gridCol w:w="1644"/>
        <w:gridCol w:w="623"/>
        <w:gridCol w:w="1871"/>
        <w:gridCol w:w="623"/>
        <w:gridCol w:w="1701"/>
        <w:gridCol w:w="1390"/>
      </w:tblGrid>
      <w:tr w:rsidR="002C19D2" w14:paraId="2208F22C" w14:textId="77777777" w:rsidTr="002448E0">
        <w:trPr>
          <w:trHeight w:val="850"/>
          <w:jc w:val="center"/>
        </w:trPr>
        <w:tc>
          <w:tcPr>
            <w:tcW w:w="1305" w:type="dxa"/>
            <w:vMerge w:val="restart"/>
            <w:vAlign w:val="center"/>
          </w:tcPr>
          <w:p w14:paraId="251B4A45" w14:textId="77777777" w:rsidR="002C19D2" w:rsidRDefault="002C19D2" w:rsidP="002448E0">
            <w:pPr>
              <w:spacing w:after="0"/>
              <w:jc w:val="center"/>
            </w:pPr>
            <w:r>
              <w:rPr>
                <w:sz w:val="17"/>
              </w:rPr>
              <w:t>工種</w:t>
            </w:r>
          </w:p>
        </w:tc>
        <w:tc>
          <w:tcPr>
            <w:tcW w:w="2267" w:type="dxa"/>
            <w:gridSpan w:val="2"/>
            <w:vAlign w:val="center"/>
          </w:tcPr>
          <w:p w14:paraId="22FD0C9D" w14:textId="77777777" w:rsidR="002C19D2" w:rsidRDefault="002C19D2" w:rsidP="002448E0">
            <w:pPr>
              <w:spacing w:after="0"/>
              <w:jc w:val="center"/>
              <w:rPr>
                <w:lang w:eastAsia="ja-JP"/>
              </w:rPr>
            </w:pPr>
            <w:r>
              <w:rPr>
                <w:sz w:val="16"/>
                <w:lang w:eastAsia="ja-JP"/>
              </w:rPr>
              <w:t>交付決定基礎</w:t>
            </w:r>
            <w:r>
              <w:rPr>
                <w:sz w:val="16"/>
                <w:lang w:eastAsia="ja-JP"/>
              </w:rPr>
              <w:br/>
              <w:t>金額又は変更後</w:t>
            </w:r>
            <w:r>
              <w:rPr>
                <w:sz w:val="16"/>
                <w:lang w:eastAsia="ja-JP"/>
              </w:rPr>
              <w:br/>
              <w:t>決定基礎金額</w:t>
            </w:r>
          </w:p>
        </w:tc>
        <w:tc>
          <w:tcPr>
            <w:tcW w:w="2494" w:type="dxa"/>
            <w:gridSpan w:val="2"/>
            <w:vAlign w:val="center"/>
          </w:tcPr>
          <w:p w14:paraId="60D9B651" w14:textId="77777777" w:rsidR="002C19D2" w:rsidRDefault="002C19D2" w:rsidP="002448E0">
            <w:pPr>
              <w:spacing w:after="0"/>
              <w:jc w:val="center"/>
            </w:pPr>
            <w:r>
              <w:rPr>
                <w:sz w:val="17"/>
              </w:rPr>
              <w:t>実施額</w:t>
            </w:r>
          </w:p>
        </w:tc>
        <w:tc>
          <w:tcPr>
            <w:tcW w:w="2324" w:type="dxa"/>
            <w:gridSpan w:val="2"/>
            <w:vAlign w:val="center"/>
          </w:tcPr>
          <w:p w14:paraId="1B342A5E" w14:textId="77777777" w:rsidR="002C19D2" w:rsidRDefault="002C19D2" w:rsidP="002448E0">
            <w:pPr>
              <w:spacing w:after="0"/>
              <w:jc w:val="center"/>
            </w:pPr>
            <w:r>
              <w:rPr>
                <w:sz w:val="17"/>
              </w:rPr>
              <w:t>増減額</w:t>
            </w:r>
          </w:p>
        </w:tc>
        <w:tc>
          <w:tcPr>
            <w:tcW w:w="1390" w:type="dxa"/>
            <w:vMerge w:val="restart"/>
            <w:vAlign w:val="center"/>
          </w:tcPr>
          <w:p w14:paraId="3B4A075B" w14:textId="77777777" w:rsidR="002C19D2" w:rsidRDefault="002C19D2" w:rsidP="002448E0">
            <w:pPr>
              <w:spacing w:after="0"/>
              <w:jc w:val="center"/>
            </w:pPr>
            <w:r>
              <w:rPr>
                <w:sz w:val="17"/>
              </w:rPr>
              <w:t>備考</w:t>
            </w:r>
          </w:p>
        </w:tc>
      </w:tr>
      <w:tr w:rsidR="002C19D2" w14:paraId="039C1E1E" w14:textId="77777777" w:rsidTr="002448E0">
        <w:trPr>
          <w:trHeight w:val="454"/>
          <w:jc w:val="center"/>
        </w:trPr>
        <w:tc>
          <w:tcPr>
            <w:tcW w:w="1305" w:type="dxa"/>
            <w:vMerge/>
          </w:tcPr>
          <w:p w14:paraId="4C3F39BB" w14:textId="77777777" w:rsidR="002C19D2" w:rsidRDefault="002C19D2" w:rsidP="002448E0"/>
        </w:tc>
        <w:tc>
          <w:tcPr>
            <w:tcW w:w="623" w:type="dxa"/>
            <w:vAlign w:val="center"/>
          </w:tcPr>
          <w:p w14:paraId="30969A2B" w14:textId="77777777" w:rsidR="002C19D2" w:rsidRDefault="002C19D2" w:rsidP="002448E0">
            <w:pPr>
              <w:spacing w:after="0"/>
              <w:jc w:val="center"/>
            </w:pPr>
            <w:r>
              <w:rPr>
                <w:sz w:val="16"/>
              </w:rPr>
              <w:t>数量</w:t>
            </w:r>
          </w:p>
        </w:tc>
        <w:tc>
          <w:tcPr>
            <w:tcW w:w="1644" w:type="dxa"/>
            <w:vAlign w:val="center"/>
          </w:tcPr>
          <w:p w14:paraId="1CA5384B" w14:textId="77777777" w:rsidR="002C19D2" w:rsidRDefault="002C19D2" w:rsidP="002448E0">
            <w:pPr>
              <w:spacing w:after="0"/>
              <w:jc w:val="center"/>
            </w:pPr>
            <w:r>
              <w:rPr>
                <w:sz w:val="16"/>
              </w:rPr>
              <w:t>金額</w:t>
            </w:r>
          </w:p>
        </w:tc>
        <w:tc>
          <w:tcPr>
            <w:tcW w:w="623" w:type="dxa"/>
            <w:vAlign w:val="center"/>
          </w:tcPr>
          <w:p w14:paraId="096D5277" w14:textId="77777777" w:rsidR="002C19D2" w:rsidRDefault="002C19D2" w:rsidP="002448E0">
            <w:pPr>
              <w:spacing w:after="0"/>
              <w:jc w:val="center"/>
            </w:pPr>
            <w:r>
              <w:rPr>
                <w:sz w:val="16"/>
              </w:rPr>
              <w:t>数量</w:t>
            </w:r>
          </w:p>
        </w:tc>
        <w:tc>
          <w:tcPr>
            <w:tcW w:w="1871" w:type="dxa"/>
            <w:vAlign w:val="center"/>
          </w:tcPr>
          <w:p w14:paraId="42016211" w14:textId="77777777" w:rsidR="002C19D2" w:rsidRDefault="002C19D2" w:rsidP="002448E0">
            <w:pPr>
              <w:spacing w:after="0"/>
              <w:jc w:val="center"/>
            </w:pPr>
            <w:r>
              <w:rPr>
                <w:sz w:val="16"/>
              </w:rPr>
              <w:t>金額</w:t>
            </w:r>
          </w:p>
        </w:tc>
        <w:tc>
          <w:tcPr>
            <w:tcW w:w="623" w:type="dxa"/>
            <w:vAlign w:val="center"/>
          </w:tcPr>
          <w:p w14:paraId="4A1C00EA" w14:textId="77777777" w:rsidR="002C19D2" w:rsidRDefault="002C19D2" w:rsidP="002448E0">
            <w:pPr>
              <w:spacing w:after="0"/>
              <w:jc w:val="center"/>
            </w:pPr>
            <w:r>
              <w:rPr>
                <w:sz w:val="16"/>
              </w:rPr>
              <w:t>数量</w:t>
            </w:r>
          </w:p>
        </w:tc>
        <w:tc>
          <w:tcPr>
            <w:tcW w:w="1701" w:type="dxa"/>
            <w:vAlign w:val="center"/>
          </w:tcPr>
          <w:p w14:paraId="2F5BE993" w14:textId="77777777" w:rsidR="002C19D2" w:rsidRDefault="002C19D2" w:rsidP="002448E0">
            <w:pPr>
              <w:spacing w:after="0"/>
              <w:jc w:val="center"/>
            </w:pPr>
            <w:r>
              <w:rPr>
                <w:sz w:val="16"/>
              </w:rPr>
              <w:t>金額</w:t>
            </w:r>
          </w:p>
        </w:tc>
        <w:tc>
          <w:tcPr>
            <w:tcW w:w="1390" w:type="dxa"/>
            <w:vMerge/>
          </w:tcPr>
          <w:p w14:paraId="741C7AB3" w14:textId="77777777" w:rsidR="002C19D2" w:rsidRDefault="002C19D2" w:rsidP="002448E0"/>
        </w:tc>
      </w:tr>
      <w:tr w:rsidR="002C19D2" w14:paraId="4A15F7BA" w14:textId="77777777" w:rsidTr="002448E0">
        <w:trPr>
          <w:trHeight w:val="454"/>
          <w:jc w:val="center"/>
        </w:trPr>
        <w:tc>
          <w:tcPr>
            <w:tcW w:w="1305" w:type="dxa"/>
            <w:vAlign w:val="center"/>
          </w:tcPr>
          <w:p w14:paraId="173C0665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623" w:type="dxa"/>
            <w:vAlign w:val="center"/>
          </w:tcPr>
          <w:p w14:paraId="74CE0B95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644" w:type="dxa"/>
            <w:vAlign w:val="center"/>
          </w:tcPr>
          <w:p w14:paraId="1F9F4A7E" w14:textId="77777777" w:rsidR="002C19D2" w:rsidRDefault="002C19D2" w:rsidP="002448E0">
            <w:pPr>
              <w:spacing w:after="0"/>
              <w:jc w:val="right"/>
            </w:pPr>
            <w:r>
              <w:rPr>
                <w:sz w:val="16"/>
              </w:rPr>
              <w:t>円</w:t>
            </w:r>
          </w:p>
        </w:tc>
        <w:tc>
          <w:tcPr>
            <w:tcW w:w="623" w:type="dxa"/>
            <w:vAlign w:val="center"/>
          </w:tcPr>
          <w:p w14:paraId="3CF984E3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871" w:type="dxa"/>
            <w:vAlign w:val="center"/>
          </w:tcPr>
          <w:p w14:paraId="4B6BCC62" w14:textId="77777777" w:rsidR="002C19D2" w:rsidRDefault="002C19D2" w:rsidP="002448E0">
            <w:pPr>
              <w:spacing w:after="0"/>
              <w:jc w:val="right"/>
            </w:pPr>
            <w:r>
              <w:rPr>
                <w:sz w:val="16"/>
              </w:rPr>
              <w:t>円</w:t>
            </w:r>
          </w:p>
        </w:tc>
        <w:tc>
          <w:tcPr>
            <w:tcW w:w="623" w:type="dxa"/>
            <w:vAlign w:val="center"/>
          </w:tcPr>
          <w:p w14:paraId="018CB63B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701" w:type="dxa"/>
            <w:vAlign w:val="center"/>
          </w:tcPr>
          <w:p w14:paraId="0E3794C2" w14:textId="77777777" w:rsidR="002C19D2" w:rsidRDefault="002C19D2" w:rsidP="002448E0">
            <w:pPr>
              <w:spacing w:after="0"/>
              <w:jc w:val="right"/>
            </w:pPr>
            <w:r>
              <w:rPr>
                <w:sz w:val="16"/>
              </w:rPr>
              <w:t>円</w:t>
            </w:r>
          </w:p>
        </w:tc>
        <w:tc>
          <w:tcPr>
            <w:tcW w:w="1390" w:type="dxa"/>
            <w:vAlign w:val="center"/>
          </w:tcPr>
          <w:p w14:paraId="0552871C" w14:textId="77777777" w:rsidR="002C19D2" w:rsidRDefault="002C19D2" w:rsidP="002448E0">
            <w:pPr>
              <w:spacing w:after="0"/>
              <w:jc w:val="center"/>
            </w:pPr>
          </w:p>
        </w:tc>
      </w:tr>
      <w:tr w:rsidR="002C19D2" w14:paraId="0D8716FE" w14:textId="77777777" w:rsidTr="002448E0">
        <w:trPr>
          <w:trHeight w:val="454"/>
          <w:jc w:val="center"/>
        </w:trPr>
        <w:tc>
          <w:tcPr>
            <w:tcW w:w="1305" w:type="dxa"/>
            <w:vAlign w:val="center"/>
          </w:tcPr>
          <w:p w14:paraId="47CD85C1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623" w:type="dxa"/>
            <w:vAlign w:val="center"/>
          </w:tcPr>
          <w:p w14:paraId="329123EB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644" w:type="dxa"/>
            <w:vAlign w:val="center"/>
          </w:tcPr>
          <w:p w14:paraId="051BA9F1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623" w:type="dxa"/>
            <w:vAlign w:val="center"/>
          </w:tcPr>
          <w:p w14:paraId="1153458A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871" w:type="dxa"/>
            <w:vAlign w:val="center"/>
          </w:tcPr>
          <w:p w14:paraId="429F8172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623" w:type="dxa"/>
            <w:vAlign w:val="center"/>
          </w:tcPr>
          <w:p w14:paraId="7C35C2BC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701" w:type="dxa"/>
            <w:vAlign w:val="center"/>
          </w:tcPr>
          <w:p w14:paraId="357C9BB6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390" w:type="dxa"/>
            <w:vAlign w:val="center"/>
          </w:tcPr>
          <w:p w14:paraId="086E60E0" w14:textId="77777777" w:rsidR="002C19D2" w:rsidRDefault="002C19D2" w:rsidP="002448E0">
            <w:pPr>
              <w:spacing w:after="0"/>
              <w:jc w:val="center"/>
            </w:pPr>
          </w:p>
        </w:tc>
      </w:tr>
      <w:tr w:rsidR="002C19D2" w14:paraId="6003FF2B" w14:textId="77777777" w:rsidTr="002448E0">
        <w:trPr>
          <w:trHeight w:val="454"/>
          <w:jc w:val="center"/>
        </w:trPr>
        <w:tc>
          <w:tcPr>
            <w:tcW w:w="1305" w:type="dxa"/>
            <w:vAlign w:val="center"/>
          </w:tcPr>
          <w:p w14:paraId="1289C8CC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623" w:type="dxa"/>
            <w:vAlign w:val="center"/>
          </w:tcPr>
          <w:p w14:paraId="4AE8E844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644" w:type="dxa"/>
            <w:vAlign w:val="center"/>
          </w:tcPr>
          <w:p w14:paraId="64234E58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623" w:type="dxa"/>
            <w:vAlign w:val="center"/>
          </w:tcPr>
          <w:p w14:paraId="39817769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871" w:type="dxa"/>
            <w:vAlign w:val="center"/>
          </w:tcPr>
          <w:p w14:paraId="36CED122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623" w:type="dxa"/>
            <w:vAlign w:val="center"/>
          </w:tcPr>
          <w:p w14:paraId="3739E4F6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701" w:type="dxa"/>
            <w:vAlign w:val="center"/>
          </w:tcPr>
          <w:p w14:paraId="43118284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390" w:type="dxa"/>
            <w:vAlign w:val="center"/>
          </w:tcPr>
          <w:p w14:paraId="11C8D0EE" w14:textId="77777777" w:rsidR="002C19D2" w:rsidRDefault="002C19D2" w:rsidP="002448E0">
            <w:pPr>
              <w:spacing w:after="0"/>
              <w:jc w:val="center"/>
            </w:pPr>
          </w:p>
        </w:tc>
      </w:tr>
      <w:tr w:rsidR="002C19D2" w14:paraId="3A19B835" w14:textId="77777777" w:rsidTr="002448E0">
        <w:trPr>
          <w:trHeight w:val="454"/>
          <w:jc w:val="center"/>
        </w:trPr>
        <w:tc>
          <w:tcPr>
            <w:tcW w:w="1305" w:type="dxa"/>
            <w:vAlign w:val="center"/>
          </w:tcPr>
          <w:p w14:paraId="1461041E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623" w:type="dxa"/>
            <w:vAlign w:val="center"/>
          </w:tcPr>
          <w:p w14:paraId="68E7B129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644" w:type="dxa"/>
            <w:vAlign w:val="center"/>
          </w:tcPr>
          <w:p w14:paraId="1B846FED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623" w:type="dxa"/>
            <w:vAlign w:val="center"/>
          </w:tcPr>
          <w:p w14:paraId="42C69E81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871" w:type="dxa"/>
            <w:vAlign w:val="center"/>
          </w:tcPr>
          <w:p w14:paraId="58BB98AC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623" w:type="dxa"/>
            <w:vAlign w:val="center"/>
          </w:tcPr>
          <w:p w14:paraId="2FDCE836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701" w:type="dxa"/>
            <w:vAlign w:val="center"/>
          </w:tcPr>
          <w:p w14:paraId="48C51E68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390" w:type="dxa"/>
            <w:vAlign w:val="center"/>
          </w:tcPr>
          <w:p w14:paraId="4D2C5DDD" w14:textId="77777777" w:rsidR="002C19D2" w:rsidRDefault="002C19D2" w:rsidP="002448E0">
            <w:pPr>
              <w:spacing w:after="0"/>
              <w:jc w:val="center"/>
            </w:pPr>
          </w:p>
        </w:tc>
      </w:tr>
      <w:tr w:rsidR="002C19D2" w14:paraId="38F6D7A2" w14:textId="77777777" w:rsidTr="002448E0">
        <w:trPr>
          <w:trHeight w:val="454"/>
          <w:jc w:val="center"/>
        </w:trPr>
        <w:tc>
          <w:tcPr>
            <w:tcW w:w="1305" w:type="dxa"/>
            <w:vAlign w:val="center"/>
          </w:tcPr>
          <w:p w14:paraId="07BCA9B1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623" w:type="dxa"/>
            <w:vAlign w:val="center"/>
          </w:tcPr>
          <w:p w14:paraId="6BC69602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644" w:type="dxa"/>
            <w:vAlign w:val="center"/>
          </w:tcPr>
          <w:p w14:paraId="3C75B919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623" w:type="dxa"/>
            <w:vAlign w:val="center"/>
          </w:tcPr>
          <w:p w14:paraId="0B4ABCFE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871" w:type="dxa"/>
            <w:vAlign w:val="center"/>
          </w:tcPr>
          <w:p w14:paraId="4D4105A2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623" w:type="dxa"/>
            <w:vAlign w:val="center"/>
          </w:tcPr>
          <w:p w14:paraId="5281FBE1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701" w:type="dxa"/>
            <w:vAlign w:val="center"/>
          </w:tcPr>
          <w:p w14:paraId="5FA8D362" w14:textId="77777777" w:rsidR="002C19D2" w:rsidRDefault="002C19D2" w:rsidP="002448E0">
            <w:pPr>
              <w:spacing w:after="0"/>
              <w:jc w:val="center"/>
            </w:pPr>
          </w:p>
        </w:tc>
        <w:tc>
          <w:tcPr>
            <w:tcW w:w="1390" w:type="dxa"/>
            <w:vAlign w:val="center"/>
          </w:tcPr>
          <w:p w14:paraId="6AC23EF9" w14:textId="77777777" w:rsidR="002C19D2" w:rsidRDefault="002C19D2" w:rsidP="002448E0">
            <w:pPr>
              <w:spacing w:after="0"/>
              <w:jc w:val="center"/>
            </w:pPr>
          </w:p>
        </w:tc>
      </w:tr>
      <w:tr w:rsidR="002C19D2" w14:paraId="2F6F5FD6" w14:textId="77777777" w:rsidTr="002448E0">
        <w:trPr>
          <w:trHeight w:val="454"/>
          <w:jc w:val="center"/>
        </w:trPr>
        <w:tc>
          <w:tcPr>
            <w:tcW w:w="1305" w:type="dxa"/>
            <w:vAlign w:val="center"/>
          </w:tcPr>
          <w:p w14:paraId="70BB4162" w14:textId="77777777" w:rsidR="002C19D2" w:rsidRDefault="002C19D2" w:rsidP="002448E0">
            <w:pPr>
              <w:spacing w:after="0"/>
              <w:jc w:val="center"/>
            </w:pPr>
            <w:r>
              <w:rPr>
                <w:sz w:val="17"/>
              </w:rPr>
              <w:t>合計</w:t>
            </w:r>
          </w:p>
        </w:tc>
        <w:tc>
          <w:tcPr>
            <w:tcW w:w="623" w:type="dxa"/>
          </w:tcPr>
          <w:p w14:paraId="5AC83D24" w14:textId="77777777" w:rsidR="002C19D2" w:rsidRDefault="002C19D2" w:rsidP="002448E0"/>
        </w:tc>
        <w:tc>
          <w:tcPr>
            <w:tcW w:w="1644" w:type="dxa"/>
            <w:vAlign w:val="center"/>
          </w:tcPr>
          <w:p w14:paraId="4EDE87B0" w14:textId="77777777" w:rsidR="002C19D2" w:rsidRDefault="002C19D2" w:rsidP="002448E0">
            <w:pPr>
              <w:spacing w:after="0"/>
              <w:jc w:val="right"/>
            </w:pPr>
            <w:r>
              <w:rPr>
                <w:sz w:val="16"/>
              </w:rPr>
              <w:t>円</w:t>
            </w:r>
          </w:p>
        </w:tc>
        <w:tc>
          <w:tcPr>
            <w:tcW w:w="623" w:type="dxa"/>
          </w:tcPr>
          <w:p w14:paraId="4A083D35" w14:textId="77777777" w:rsidR="002C19D2" w:rsidRDefault="002C19D2" w:rsidP="002448E0"/>
        </w:tc>
        <w:tc>
          <w:tcPr>
            <w:tcW w:w="1871" w:type="dxa"/>
            <w:vAlign w:val="center"/>
          </w:tcPr>
          <w:p w14:paraId="39210507" w14:textId="77777777" w:rsidR="002C19D2" w:rsidRDefault="002C19D2" w:rsidP="002448E0">
            <w:pPr>
              <w:spacing w:after="0"/>
              <w:jc w:val="right"/>
            </w:pPr>
            <w:r>
              <w:rPr>
                <w:sz w:val="16"/>
              </w:rPr>
              <w:t>円</w:t>
            </w:r>
          </w:p>
        </w:tc>
        <w:tc>
          <w:tcPr>
            <w:tcW w:w="623" w:type="dxa"/>
          </w:tcPr>
          <w:p w14:paraId="42CAB12A" w14:textId="77777777" w:rsidR="002C19D2" w:rsidRDefault="002C19D2" w:rsidP="002448E0"/>
        </w:tc>
        <w:tc>
          <w:tcPr>
            <w:tcW w:w="1701" w:type="dxa"/>
            <w:vAlign w:val="center"/>
          </w:tcPr>
          <w:p w14:paraId="74FB6701" w14:textId="77777777" w:rsidR="002C19D2" w:rsidRDefault="002C19D2" w:rsidP="002448E0">
            <w:pPr>
              <w:spacing w:after="0"/>
              <w:jc w:val="right"/>
            </w:pPr>
            <w:r>
              <w:rPr>
                <w:sz w:val="16"/>
              </w:rPr>
              <w:t>円</w:t>
            </w:r>
          </w:p>
        </w:tc>
        <w:tc>
          <w:tcPr>
            <w:tcW w:w="1390" w:type="dxa"/>
          </w:tcPr>
          <w:p w14:paraId="6BAB8DE4" w14:textId="77777777" w:rsidR="002C19D2" w:rsidRDefault="002C19D2" w:rsidP="002448E0"/>
        </w:tc>
      </w:tr>
    </w:tbl>
    <w:p w14:paraId="5EBC5FE5" w14:textId="77777777" w:rsidR="002C19D2" w:rsidRDefault="002C19D2" w:rsidP="002C19D2">
      <w:pPr>
        <w:spacing w:before="100" w:after="0"/>
        <w:rPr>
          <w:lang w:eastAsia="ja-JP"/>
        </w:rPr>
      </w:pPr>
      <w:r>
        <w:rPr>
          <w:sz w:val="17"/>
          <w:lang w:eastAsia="ja-JP"/>
        </w:rPr>
        <w:t>※　事業の実施状況がわかる書類・写真等を添付すること</w:t>
      </w:r>
    </w:p>
    <w:p w14:paraId="0417C66D" w14:textId="7BB7B525" w:rsidR="002C19D2" w:rsidRDefault="002C19D2">
      <w:pPr>
        <w:rPr>
          <w:lang w:eastAsia="ja-JP"/>
        </w:rPr>
      </w:pPr>
      <w:r>
        <w:rPr>
          <w:lang w:eastAsia="ja-JP"/>
        </w:rPr>
        <w:br w:type="page"/>
      </w:r>
    </w:p>
    <w:p w14:paraId="4E59899C" w14:textId="77777777" w:rsidR="002C19D2" w:rsidRPr="002C19D2" w:rsidRDefault="002C19D2" w:rsidP="002C19D2">
      <w:pPr>
        <w:rPr>
          <w:rFonts w:ascii="ＭＳ 明朝" w:eastAsia="ＭＳ 明朝" w:hAnsi="ＭＳ 明朝"/>
          <w:sz w:val="21"/>
        </w:rPr>
      </w:pPr>
      <w:r w:rsidRPr="002C19D2">
        <w:rPr>
          <w:rFonts w:ascii="ＭＳ 明朝" w:eastAsia="ＭＳ 明朝" w:hAnsi="ＭＳ 明朝"/>
          <w:sz w:val="20"/>
        </w:rPr>
        <w:t>（様式第15号）</w:t>
      </w:r>
    </w:p>
    <w:p w14:paraId="5C0106A1" w14:textId="77777777" w:rsidR="002C19D2" w:rsidRPr="002C19D2" w:rsidRDefault="002C19D2" w:rsidP="002C19D2">
      <w:pPr>
        <w:spacing w:after="80"/>
        <w:jc w:val="center"/>
        <w:rPr>
          <w:rFonts w:ascii="ＭＳ 明朝" w:eastAsia="ＭＳ 明朝" w:hAnsi="ＭＳ 明朝"/>
          <w:sz w:val="21"/>
        </w:rPr>
      </w:pPr>
      <w:r w:rsidRPr="002C19D2">
        <w:rPr>
          <w:rFonts w:ascii="ＭＳ 明朝" w:eastAsia="ＭＳ 明朝" w:hAnsi="ＭＳ 明朝"/>
          <w:sz w:val="30"/>
        </w:rPr>
        <w:t>事前着手承認申請書</w:t>
      </w:r>
    </w:p>
    <w:p w14:paraId="2E6829FA" w14:textId="77777777" w:rsidR="002C19D2" w:rsidRPr="002C19D2" w:rsidRDefault="002C19D2" w:rsidP="002C19D2">
      <w:pPr>
        <w:spacing w:after="20" w:line="360" w:lineRule="auto"/>
        <w:jc w:val="right"/>
        <w:rPr>
          <w:rFonts w:ascii="ＭＳ 明朝" w:eastAsia="ＭＳ 明朝" w:hAnsi="ＭＳ 明朝"/>
          <w:sz w:val="21"/>
        </w:rPr>
      </w:pPr>
      <w:r w:rsidRPr="002C19D2">
        <w:rPr>
          <w:rFonts w:ascii="ＭＳ 明朝" w:eastAsia="ＭＳ 明朝" w:hAnsi="ＭＳ 明朝"/>
          <w:sz w:val="21"/>
        </w:rPr>
        <w:t>第　　　　　号</w:t>
      </w:r>
    </w:p>
    <w:p w14:paraId="6D1F2D57" w14:textId="77777777" w:rsidR="002C19D2" w:rsidRPr="002C19D2" w:rsidRDefault="002C19D2" w:rsidP="002C19D2">
      <w:pPr>
        <w:spacing w:after="20" w:line="360" w:lineRule="auto"/>
        <w:jc w:val="right"/>
        <w:rPr>
          <w:rFonts w:ascii="ＭＳ 明朝" w:eastAsia="ＭＳ 明朝" w:hAnsi="ＭＳ 明朝"/>
          <w:sz w:val="21"/>
        </w:rPr>
      </w:pPr>
      <w:r w:rsidRPr="002C19D2">
        <w:rPr>
          <w:rFonts w:ascii="ＭＳ 明朝" w:eastAsia="ＭＳ 明朝" w:hAnsi="ＭＳ 明朝"/>
          <w:sz w:val="21"/>
        </w:rPr>
        <w:t>令和　　年　　月　　日</w:t>
      </w:r>
    </w:p>
    <w:p w14:paraId="601B546B" w14:textId="77777777" w:rsidR="002C19D2" w:rsidRPr="002C19D2" w:rsidRDefault="002C19D2" w:rsidP="002C19D2">
      <w:pPr>
        <w:spacing w:line="360" w:lineRule="auto"/>
        <w:rPr>
          <w:rFonts w:ascii="ＭＳ 明朝" w:eastAsia="ＭＳ 明朝" w:hAnsi="ＭＳ 明朝"/>
          <w:sz w:val="21"/>
        </w:rPr>
      </w:pPr>
      <w:r w:rsidRPr="002C19D2">
        <w:rPr>
          <w:rFonts w:ascii="ＭＳ 明朝" w:eastAsia="ＭＳ 明朝" w:hAnsi="ＭＳ 明朝"/>
          <w:sz w:val="22"/>
        </w:rPr>
        <w:t>神　戸　市　長　　宛</w:t>
      </w:r>
    </w:p>
    <w:p w14:paraId="138289C8" w14:textId="77777777" w:rsidR="002C19D2" w:rsidRPr="002C19D2" w:rsidRDefault="002C19D2" w:rsidP="002C19D2">
      <w:pPr>
        <w:spacing w:after="0" w:line="360" w:lineRule="auto"/>
        <w:ind w:right="840" w:firstLineChars="2200" w:firstLine="4620"/>
        <w:rPr>
          <w:rFonts w:ascii="ＭＳ 明朝" w:eastAsia="ＭＳ 明朝" w:hAnsi="ＭＳ 明朝"/>
          <w:sz w:val="21"/>
        </w:rPr>
      </w:pPr>
      <w:r w:rsidRPr="002C19D2">
        <w:rPr>
          <w:rFonts w:ascii="ＭＳ 明朝" w:eastAsia="ＭＳ 明朝" w:hAnsi="ＭＳ 明朝"/>
          <w:sz w:val="21"/>
        </w:rPr>
        <w:t>（申請者）</w:t>
      </w:r>
    </w:p>
    <w:p w14:paraId="11EC6945" w14:textId="77777777" w:rsidR="002C19D2" w:rsidRPr="002C19D2" w:rsidRDefault="002C19D2" w:rsidP="002C19D2">
      <w:pPr>
        <w:spacing w:after="0" w:line="360" w:lineRule="auto"/>
        <w:ind w:right="840" w:firstLineChars="2300" w:firstLine="4830"/>
        <w:rPr>
          <w:rFonts w:ascii="ＭＳ 明朝" w:eastAsia="ＭＳ 明朝" w:hAnsi="ＭＳ 明朝"/>
          <w:sz w:val="21"/>
          <w:lang w:eastAsia="ja-JP"/>
        </w:rPr>
      </w:pPr>
      <w:r w:rsidRPr="002C19D2">
        <w:rPr>
          <w:rFonts w:ascii="ＭＳ 明朝" w:eastAsia="ＭＳ 明朝" w:hAnsi="ＭＳ 明朝"/>
          <w:sz w:val="21"/>
          <w:lang w:eastAsia="ja-JP"/>
        </w:rPr>
        <w:t xml:space="preserve">住　所　　</w:t>
      </w:r>
    </w:p>
    <w:p w14:paraId="358F249B" w14:textId="77777777" w:rsidR="002C19D2" w:rsidRPr="002C19D2" w:rsidRDefault="002C19D2" w:rsidP="002C19D2">
      <w:pPr>
        <w:spacing w:after="0" w:line="360" w:lineRule="auto"/>
        <w:ind w:leftChars="1000" w:left="1900" w:right="840" w:firstLineChars="1200" w:firstLine="2520"/>
        <w:rPr>
          <w:rFonts w:ascii="ＭＳ 明朝" w:eastAsia="ＭＳ 明朝" w:hAnsi="ＭＳ 明朝"/>
          <w:sz w:val="21"/>
          <w:lang w:eastAsia="ja-JP"/>
        </w:rPr>
      </w:pPr>
      <w:r w:rsidRPr="002C19D2">
        <w:rPr>
          <w:rFonts w:ascii="ＭＳ 明朝" w:eastAsia="ＭＳ 明朝" w:hAnsi="ＭＳ 明朝" w:hint="eastAsia"/>
          <w:sz w:val="21"/>
          <w:lang w:eastAsia="ja-JP"/>
        </w:rPr>
        <w:t xml:space="preserve">　</w:t>
      </w:r>
      <w:r w:rsidRPr="002C19D2">
        <w:rPr>
          <w:rFonts w:ascii="ＭＳ 明朝" w:eastAsia="ＭＳ 明朝" w:hAnsi="ＭＳ 明朝"/>
          <w:sz w:val="21"/>
          <w:lang w:eastAsia="ja-JP"/>
        </w:rPr>
        <w:t xml:space="preserve">氏　名　　</w:t>
      </w:r>
    </w:p>
    <w:p w14:paraId="4F7C0C0D" w14:textId="77777777" w:rsidR="002C19D2" w:rsidRPr="002C19D2" w:rsidRDefault="002C19D2" w:rsidP="002C19D2">
      <w:pPr>
        <w:spacing w:after="0" w:line="360" w:lineRule="auto"/>
        <w:ind w:leftChars="1000" w:left="1900" w:right="840"/>
        <w:jc w:val="center"/>
        <w:rPr>
          <w:rFonts w:ascii="ＭＳ 明朝" w:eastAsia="ＭＳ 明朝" w:hAnsi="ＭＳ 明朝"/>
          <w:sz w:val="21"/>
          <w:lang w:eastAsia="ja-JP"/>
        </w:rPr>
      </w:pPr>
    </w:p>
    <w:p w14:paraId="64E71BF9" w14:textId="77777777" w:rsidR="002C19D2" w:rsidRPr="002C19D2" w:rsidRDefault="002C19D2" w:rsidP="002C19D2">
      <w:pPr>
        <w:spacing w:before="240" w:after="20" w:line="360" w:lineRule="auto"/>
        <w:rPr>
          <w:rFonts w:ascii="ＭＳ 明朝" w:eastAsia="ＭＳ 明朝" w:hAnsi="ＭＳ 明朝"/>
          <w:sz w:val="21"/>
          <w:lang w:eastAsia="ja-JP"/>
        </w:rPr>
      </w:pPr>
      <w:r w:rsidRPr="002C19D2">
        <w:rPr>
          <w:rFonts w:ascii="ＭＳ 明朝" w:eastAsia="ＭＳ 明朝" w:hAnsi="ＭＳ 明朝"/>
          <w:sz w:val="21"/>
          <w:lang w:eastAsia="ja-JP"/>
        </w:rPr>
        <w:t xml:space="preserve">　下記の補助事業について、早急に事業に着手したいので経済観光局農政関係所管補助</w:t>
      </w:r>
    </w:p>
    <w:p w14:paraId="112903B7" w14:textId="77777777" w:rsidR="002C19D2" w:rsidRPr="002C19D2" w:rsidRDefault="002C19D2" w:rsidP="002C19D2">
      <w:pPr>
        <w:spacing w:after="60" w:line="360" w:lineRule="auto"/>
        <w:rPr>
          <w:rFonts w:ascii="ＭＳ 明朝" w:eastAsia="ＭＳ 明朝" w:hAnsi="ＭＳ 明朝"/>
          <w:sz w:val="21"/>
          <w:lang w:eastAsia="ja-JP"/>
        </w:rPr>
      </w:pPr>
      <w:r w:rsidRPr="002C19D2">
        <w:rPr>
          <w:rFonts w:ascii="ＭＳ 明朝" w:eastAsia="ＭＳ 明朝" w:hAnsi="ＭＳ 明朝"/>
          <w:sz w:val="21"/>
          <w:lang w:eastAsia="ja-JP"/>
        </w:rPr>
        <w:t>金等の交付に関する要綱第９条の規定により、事前着手の承認を願いたく申請します。</w:t>
      </w:r>
    </w:p>
    <w:p w14:paraId="6D80384D" w14:textId="77777777" w:rsidR="002C19D2" w:rsidRPr="002C19D2" w:rsidRDefault="002C19D2" w:rsidP="002C19D2">
      <w:pPr>
        <w:spacing w:after="20" w:line="360" w:lineRule="auto"/>
        <w:jc w:val="center"/>
        <w:rPr>
          <w:rFonts w:ascii="ＭＳ 明朝" w:eastAsia="ＭＳ 明朝" w:hAnsi="ＭＳ 明朝"/>
          <w:sz w:val="21"/>
        </w:rPr>
      </w:pPr>
      <w:r w:rsidRPr="002C19D2">
        <w:rPr>
          <w:rFonts w:ascii="ＭＳ 明朝" w:eastAsia="ＭＳ 明朝" w:hAnsi="ＭＳ 明朝"/>
          <w:sz w:val="21"/>
        </w:rPr>
        <w:t>記</w:t>
      </w:r>
    </w:p>
    <w:tbl>
      <w:tblPr>
        <w:tblW w:w="0" w:type="auto"/>
        <w:jc w:val="center"/>
        <w:tblBorders>
          <w:top w:val="single" w:sz="9" w:space="0" w:color="000000"/>
          <w:left w:val="single" w:sz="9" w:space="0" w:color="000000"/>
          <w:bottom w:val="single" w:sz="9" w:space="0" w:color="000000"/>
          <w:right w:val="single" w:sz="9" w:space="0" w:color="000000"/>
          <w:insideH w:val="single" w:sz="9" w:space="0" w:color="000000"/>
          <w:insideV w:val="single" w:sz="9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21"/>
        <w:gridCol w:w="6350"/>
      </w:tblGrid>
      <w:tr w:rsidR="002C19D2" w:rsidRPr="002C19D2" w14:paraId="27EA5A1D" w14:textId="77777777" w:rsidTr="002448E0">
        <w:trPr>
          <w:trHeight w:val="907"/>
          <w:jc w:val="center"/>
        </w:trPr>
        <w:tc>
          <w:tcPr>
            <w:tcW w:w="2721" w:type="dxa"/>
            <w:vAlign w:val="center"/>
          </w:tcPr>
          <w:p w14:paraId="6AFCE458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1"/>
              </w:rPr>
              <w:t>１．事　　業　　名</w:t>
            </w:r>
          </w:p>
        </w:tc>
        <w:tc>
          <w:tcPr>
            <w:tcW w:w="6350" w:type="dxa"/>
            <w:vAlign w:val="center"/>
          </w:tcPr>
          <w:p w14:paraId="02D10646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1"/>
              </w:rPr>
            </w:pPr>
          </w:p>
        </w:tc>
      </w:tr>
      <w:tr w:rsidR="002C19D2" w:rsidRPr="002C19D2" w14:paraId="017CC175" w14:textId="77777777" w:rsidTr="002448E0">
        <w:trPr>
          <w:trHeight w:val="907"/>
          <w:jc w:val="center"/>
        </w:trPr>
        <w:tc>
          <w:tcPr>
            <w:tcW w:w="2721" w:type="dxa"/>
            <w:vAlign w:val="center"/>
          </w:tcPr>
          <w:p w14:paraId="648FC43B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1"/>
              </w:rPr>
              <w:t>２．事 業 実 施 場 所</w:t>
            </w:r>
          </w:p>
        </w:tc>
        <w:tc>
          <w:tcPr>
            <w:tcW w:w="6350" w:type="dxa"/>
            <w:vAlign w:val="center"/>
          </w:tcPr>
          <w:p w14:paraId="7A67F707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1"/>
              </w:rPr>
            </w:pPr>
          </w:p>
        </w:tc>
      </w:tr>
      <w:tr w:rsidR="002C19D2" w:rsidRPr="002C19D2" w14:paraId="49537EB1" w14:textId="77777777" w:rsidTr="002448E0">
        <w:trPr>
          <w:trHeight w:val="1361"/>
          <w:jc w:val="center"/>
        </w:trPr>
        <w:tc>
          <w:tcPr>
            <w:tcW w:w="2721" w:type="dxa"/>
            <w:vAlign w:val="center"/>
          </w:tcPr>
          <w:p w14:paraId="2A164700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1"/>
              </w:rPr>
              <w:t>３．事業量及び事業費</w:t>
            </w:r>
          </w:p>
        </w:tc>
        <w:tc>
          <w:tcPr>
            <w:tcW w:w="6350" w:type="dxa"/>
            <w:vAlign w:val="center"/>
          </w:tcPr>
          <w:p w14:paraId="33AE85E5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1"/>
              </w:rPr>
            </w:pPr>
          </w:p>
        </w:tc>
      </w:tr>
      <w:tr w:rsidR="002C19D2" w:rsidRPr="002C19D2" w14:paraId="4D609705" w14:textId="77777777" w:rsidTr="002448E0">
        <w:trPr>
          <w:trHeight w:val="907"/>
          <w:jc w:val="center"/>
        </w:trPr>
        <w:tc>
          <w:tcPr>
            <w:tcW w:w="2721" w:type="dxa"/>
            <w:vAlign w:val="center"/>
          </w:tcPr>
          <w:p w14:paraId="23301BFD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1"/>
              </w:rPr>
              <w:t>４．実　施　時　期</w:t>
            </w:r>
          </w:p>
        </w:tc>
        <w:tc>
          <w:tcPr>
            <w:tcW w:w="6350" w:type="dxa"/>
            <w:vAlign w:val="center"/>
          </w:tcPr>
          <w:p w14:paraId="07AE863D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1"/>
              </w:rPr>
              <w:t>着手予定　令和　　年　　月　　日</w:t>
            </w:r>
            <w:r w:rsidRPr="002C19D2">
              <w:rPr>
                <w:rFonts w:ascii="ＭＳ 明朝" w:eastAsia="ＭＳ 明朝" w:hAnsi="ＭＳ 明朝"/>
                <w:sz w:val="21"/>
              </w:rPr>
              <w:br/>
              <w:t>完了予定　令和　　年　　月　　日</w:t>
            </w:r>
          </w:p>
        </w:tc>
      </w:tr>
      <w:tr w:rsidR="002C19D2" w:rsidRPr="002C19D2" w14:paraId="07F8DED4" w14:textId="77777777" w:rsidTr="002448E0">
        <w:trPr>
          <w:trHeight w:val="2381"/>
          <w:jc w:val="center"/>
        </w:trPr>
        <w:tc>
          <w:tcPr>
            <w:tcW w:w="2721" w:type="dxa"/>
            <w:vAlign w:val="center"/>
          </w:tcPr>
          <w:p w14:paraId="0D8E71E3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1"/>
                <w:lang w:eastAsia="ja-JP"/>
              </w:rPr>
            </w:pPr>
            <w:r w:rsidRPr="002C19D2">
              <w:rPr>
                <w:rFonts w:ascii="ＭＳ 明朝" w:eastAsia="ＭＳ 明朝" w:hAnsi="ＭＳ 明朝"/>
                <w:sz w:val="21"/>
                <w:lang w:eastAsia="ja-JP"/>
              </w:rPr>
              <w:t>５．事前着手を必要と</w:t>
            </w:r>
            <w:r w:rsidRPr="002C19D2">
              <w:rPr>
                <w:rFonts w:ascii="ＭＳ 明朝" w:eastAsia="ＭＳ 明朝" w:hAnsi="ＭＳ 明朝"/>
                <w:sz w:val="21"/>
                <w:lang w:eastAsia="ja-JP"/>
              </w:rPr>
              <w:br/>
              <w:t xml:space="preserve">　　する理由</w:t>
            </w:r>
          </w:p>
        </w:tc>
        <w:tc>
          <w:tcPr>
            <w:tcW w:w="6350" w:type="dxa"/>
            <w:vAlign w:val="center"/>
          </w:tcPr>
          <w:p w14:paraId="2CB3C77D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1"/>
                <w:lang w:eastAsia="ja-JP"/>
              </w:rPr>
            </w:pPr>
          </w:p>
        </w:tc>
      </w:tr>
    </w:tbl>
    <w:p w14:paraId="71892B60" w14:textId="77777777" w:rsidR="002C19D2" w:rsidRPr="002C19D2" w:rsidRDefault="002C19D2" w:rsidP="002C19D2">
      <w:pPr>
        <w:rPr>
          <w:rFonts w:ascii="ＭＳ 明朝" w:eastAsia="ＭＳ 明朝" w:hAnsi="ＭＳ 明朝"/>
          <w:sz w:val="21"/>
          <w:lang w:eastAsia="ja-JP"/>
        </w:rPr>
      </w:pPr>
    </w:p>
    <w:p w14:paraId="21838CA3" w14:textId="77777777" w:rsidR="002C19D2" w:rsidRPr="002C19D2" w:rsidRDefault="002C19D2" w:rsidP="002C19D2">
      <w:pPr>
        <w:rPr>
          <w:lang w:eastAsia="ja-JP"/>
        </w:rPr>
      </w:pPr>
    </w:p>
    <w:p w14:paraId="51AD4E4B" w14:textId="4EB71C9C" w:rsidR="002C19D2" w:rsidRDefault="002C19D2">
      <w:pPr>
        <w:rPr>
          <w:lang w:eastAsia="ja-JP"/>
        </w:rPr>
      </w:pPr>
      <w:r>
        <w:rPr>
          <w:lang w:eastAsia="ja-JP"/>
        </w:rPr>
        <w:br w:type="page"/>
      </w:r>
    </w:p>
    <w:p w14:paraId="6FE967BC" w14:textId="77777777" w:rsidR="002C19D2" w:rsidRPr="002C19D2" w:rsidRDefault="002C19D2" w:rsidP="002C19D2">
      <w:pPr>
        <w:spacing w:after="160"/>
        <w:rPr>
          <w:rFonts w:ascii="ＭＳ 明朝" w:eastAsia="ＭＳ 明朝" w:hAnsi="ＭＳ 明朝"/>
          <w:sz w:val="21"/>
        </w:rPr>
      </w:pPr>
      <w:r w:rsidRPr="002C19D2">
        <w:rPr>
          <w:rFonts w:ascii="ＭＳ 明朝" w:eastAsia="ＭＳ 明朝" w:hAnsi="ＭＳ 明朝"/>
          <w:sz w:val="20"/>
        </w:rPr>
        <w:t>様式第16号</w:t>
      </w:r>
    </w:p>
    <w:p w14:paraId="683D9C98" w14:textId="77777777" w:rsidR="002C19D2" w:rsidRPr="002C19D2" w:rsidRDefault="002C19D2" w:rsidP="002C19D2">
      <w:pPr>
        <w:spacing w:after="100"/>
        <w:jc w:val="center"/>
        <w:rPr>
          <w:rFonts w:ascii="ＭＳ 明朝" w:eastAsia="ＭＳ 明朝" w:hAnsi="ＭＳ 明朝"/>
          <w:sz w:val="21"/>
        </w:rPr>
      </w:pPr>
      <w:r w:rsidRPr="002C19D2">
        <w:rPr>
          <w:rFonts w:ascii="ＭＳ 明朝" w:eastAsia="ＭＳ 明朝" w:hAnsi="ＭＳ 明朝"/>
          <w:sz w:val="30"/>
        </w:rPr>
        <w:t>交付決定内容変更承認申請書</w:t>
      </w:r>
    </w:p>
    <w:p w14:paraId="1EAD5274" w14:textId="77777777" w:rsidR="002C19D2" w:rsidRPr="002C19D2" w:rsidRDefault="002C19D2" w:rsidP="002C19D2">
      <w:pPr>
        <w:spacing w:after="20" w:line="360" w:lineRule="auto"/>
        <w:jc w:val="right"/>
        <w:rPr>
          <w:rFonts w:ascii="ＭＳ 明朝" w:eastAsia="ＭＳ 明朝" w:hAnsi="ＭＳ 明朝"/>
          <w:sz w:val="21"/>
        </w:rPr>
      </w:pPr>
      <w:r w:rsidRPr="002C19D2">
        <w:rPr>
          <w:rFonts w:ascii="ＭＳ 明朝" w:eastAsia="ＭＳ 明朝" w:hAnsi="ＭＳ 明朝"/>
          <w:sz w:val="20"/>
        </w:rPr>
        <w:t>第　　　　　号</w:t>
      </w:r>
    </w:p>
    <w:p w14:paraId="7A4100CE" w14:textId="77777777" w:rsidR="002C19D2" w:rsidRPr="002C19D2" w:rsidRDefault="002C19D2" w:rsidP="002C19D2">
      <w:pPr>
        <w:spacing w:after="20" w:line="360" w:lineRule="auto"/>
        <w:jc w:val="right"/>
        <w:rPr>
          <w:rFonts w:ascii="ＭＳ 明朝" w:eastAsia="ＭＳ 明朝" w:hAnsi="ＭＳ 明朝"/>
          <w:sz w:val="21"/>
        </w:rPr>
      </w:pPr>
      <w:r w:rsidRPr="002C19D2">
        <w:rPr>
          <w:rFonts w:ascii="ＭＳ 明朝" w:eastAsia="ＭＳ 明朝" w:hAnsi="ＭＳ 明朝"/>
          <w:sz w:val="20"/>
        </w:rPr>
        <w:t>令和　　年　　月　　日</w:t>
      </w:r>
    </w:p>
    <w:p w14:paraId="2AC8E8C8" w14:textId="77777777" w:rsidR="002C19D2" w:rsidRPr="002C19D2" w:rsidRDefault="002C19D2" w:rsidP="002C19D2">
      <w:pPr>
        <w:spacing w:after="140" w:line="360" w:lineRule="auto"/>
        <w:rPr>
          <w:rFonts w:ascii="ＭＳ 明朝" w:eastAsia="ＭＳ 明朝" w:hAnsi="ＭＳ 明朝"/>
          <w:sz w:val="21"/>
        </w:rPr>
      </w:pPr>
      <w:r w:rsidRPr="002C19D2">
        <w:rPr>
          <w:rFonts w:ascii="ＭＳ 明朝" w:eastAsia="ＭＳ 明朝" w:hAnsi="ＭＳ 明朝"/>
          <w:sz w:val="22"/>
        </w:rPr>
        <w:t>神　戸　市　長　　宛</w:t>
      </w:r>
    </w:p>
    <w:p w14:paraId="78970390" w14:textId="77777777" w:rsidR="002C19D2" w:rsidRPr="002C19D2" w:rsidRDefault="002C19D2" w:rsidP="002C19D2">
      <w:pPr>
        <w:spacing w:after="0" w:line="360" w:lineRule="auto"/>
        <w:ind w:right="800" w:firstLineChars="2400" w:firstLine="4800"/>
        <w:rPr>
          <w:rFonts w:ascii="ＭＳ 明朝" w:eastAsia="ＭＳ 明朝" w:hAnsi="ＭＳ 明朝"/>
          <w:sz w:val="21"/>
        </w:rPr>
      </w:pPr>
      <w:r w:rsidRPr="002C19D2">
        <w:rPr>
          <w:rFonts w:ascii="ＭＳ 明朝" w:eastAsia="ＭＳ 明朝" w:hAnsi="ＭＳ 明朝"/>
          <w:sz w:val="20"/>
        </w:rPr>
        <w:t>（申請者）</w:t>
      </w:r>
    </w:p>
    <w:p w14:paraId="5470B362" w14:textId="77777777" w:rsidR="002C19D2" w:rsidRPr="002C19D2" w:rsidRDefault="002C19D2" w:rsidP="002C19D2">
      <w:pPr>
        <w:spacing w:after="0" w:line="360" w:lineRule="auto"/>
        <w:ind w:right="800" w:firstLineChars="2500" w:firstLine="5000"/>
        <w:rPr>
          <w:rFonts w:ascii="ＭＳ 明朝" w:eastAsia="ＭＳ 明朝" w:hAnsi="ＭＳ 明朝"/>
          <w:sz w:val="21"/>
          <w:lang w:eastAsia="ja-JP"/>
        </w:rPr>
      </w:pPr>
      <w:r w:rsidRPr="002C19D2">
        <w:rPr>
          <w:rFonts w:ascii="ＭＳ 明朝" w:eastAsia="ＭＳ 明朝" w:hAnsi="ＭＳ 明朝"/>
          <w:sz w:val="20"/>
          <w:lang w:eastAsia="ja-JP"/>
        </w:rPr>
        <w:t xml:space="preserve">住　所　　</w:t>
      </w:r>
    </w:p>
    <w:p w14:paraId="029E8B0D" w14:textId="77777777" w:rsidR="002C19D2" w:rsidRPr="002C19D2" w:rsidRDefault="002C19D2" w:rsidP="002C19D2">
      <w:pPr>
        <w:spacing w:after="0" w:line="360" w:lineRule="auto"/>
        <w:ind w:right="800" w:firstLineChars="2500" w:firstLine="5000"/>
        <w:rPr>
          <w:rFonts w:ascii="ＭＳ 明朝" w:eastAsia="ＭＳ 明朝" w:hAnsi="ＭＳ 明朝"/>
          <w:sz w:val="20"/>
          <w:lang w:eastAsia="ja-JP"/>
        </w:rPr>
      </w:pPr>
      <w:r w:rsidRPr="002C19D2">
        <w:rPr>
          <w:rFonts w:ascii="ＭＳ 明朝" w:eastAsia="ＭＳ 明朝" w:hAnsi="ＭＳ 明朝"/>
          <w:sz w:val="20"/>
          <w:lang w:eastAsia="ja-JP"/>
        </w:rPr>
        <w:t xml:space="preserve">氏　名　　</w:t>
      </w:r>
    </w:p>
    <w:p w14:paraId="17491A09" w14:textId="77777777" w:rsidR="002C19D2" w:rsidRPr="002C19D2" w:rsidRDefault="002C19D2" w:rsidP="002C19D2">
      <w:pPr>
        <w:spacing w:after="0" w:line="360" w:lineRule="auto"/>
        <w:ind w:right="800" w:firstLineChars="2500" w:firstLine="5250"/>
        <w:rPr>
          <w:rFonts w:ascii="ＭＳ 明朝" w:eastAsia="ＭＳ 明朝" w:hAnsi="ＭＳ 明朝"/>
          <w:sz w:val="21"/>
          <w:lang w:eastAsia="ja-JP"/>
        </w:rPr>
      </w:pPr>
    </w:p>
    <w:p w14:paraId="6A789A78" w14:textId="77777777" w:rsidR="002C19D2" w:rsidRPr="002C19D2" w:rsidRDefault="002C19D2" w:rsidP="002C19D2">
      <w:pPr>
        <w:spacing w:before="200" w:after="20" w:line="360" w:lineRule="auto"/>
        <w:rPr>
          <w:rFonts w:ascii="ＭＳ 明朝" w:eastAsia="ＭＳ 明朝" w:hAnsi="ＭＳ 明朝"/>
          <w:sz w:val="21"/>
          <w:lang w:eastAsia="ja-JP"/>
        </w:rPr>
      </w:pPr>
      <w:r w:rsidRPr="002C19D2">
        <w:rPr>
          <w:rFonts w:ascii="ＭＳ 明朝" w:eastAsia="ＭＳ 明朝" w:hAnsi="ＭＳ 明朝"/>
          <w:sz w:val="21"/>
          <w:lang w:eastAsia="ja-JP"/>
        </w:rPr>
        <w:t xml:space="preserve">　令和　　年　　月　　日付、　　　第　　　号で交付決定のあった事業内容を次のとおり</w:t>
      </w:r>
    </w:p>
    <w:p w14:paraId="2FCADE36" w14:textId="77777777" w:rsidR="002C19D2" w:rsidRPr="002C19D2" w:rsidRDefault="002C19D2" w:rsidP="002C19D2">
      <w:pPr>
        <w:spacing w:after="60" w:line="360" w:lineRule="auto"/>
        <w:rPr>
          <w:rFonts w:ascii="ＭＳ 明朝" w:eastAsia="ＭＳ 明朝" w:hAnsi="ＭＳ 明朝"/>
          <w:sz w:val="21"/>
          <w:lang w:eastAsia="ja-JP"/>
        </w:rPr>
      </w:pPr>
      <w:r w:rsidRPr="002C19D2">
        <w:rPr>
          <w:rFonts w:ascii="ＭＳ 明朝" w:eastAsia="ＭＳ 明朝" w:hAnsi="ＭＳ 明朝"/>
          <w:sz w:val="21"/>
          <w:lang w:eastAsia="ja-JP"/>
        </w:rPr>
        <w:t>変更したいので、経済観光局農政関係所管補助金等の交付に関する要綱第７条の規定により申請します。</w:t>
      </w:r>
    </w:p>
    <w:p w14:paraId="14BB97AF" w14:textId="77777777" w:rsidR="002C19D2" w:rsidRPr="002C19D2" w:rsidRDefault="002C19D2" w:rsidP="002C19D2">
      <w:pPr>
        <w:spacing w:after="40"/>
        <w:jc w:val="center"/>
        <w:rPr>
          <w:rFonts w:ascii="ＭＳ 明朝" w:eastAsia="ＭＳ 明朝" w:hAnsi="ＭＳ 明朝"/>
          <w:sz w:val="21"/>
        </w:rPr>
      </w:pPr>
      <w:r w:rsidRPr="002C19D2">
        <w:rPr>
          <w:rFonts w:ascii="ＭＳ 明朝" w:eastAsia="ＭＳ 明朝" w:hAnsi="ＭＳ 明朝"/>
          <w:sz w:val="21"/>
        </w:rPr>
        <w:t>記</w:t>
      </w:r>
    </w:p>
    <w:tbl>
      <w:tblPr>
        <w:tblW w:w="0" w:type="auto"/>
        <w:jc w:val="center"/>
        <w:tblBorders>
          <w:top w:val="single" w:sz="9" w:space="0" w:color="000000"/>
          <w:left w:val="single" w:sz="9" w:space="0" w:color="000000"/>
          <w:bottom w:val="single" w:sz="9" w:space="0" w:color="000000"/>
          <w:right w:val="single" w:sz="9" w:space="0" w:color="000000"/>
          <w:insideH w:val="single" w:sz="9" w:space="0" w:color="000000"/>
          <w:insideV w:val="single" w:sz="9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6633"/>
      </w:tblGrid>
      <w:tr w:rsidR="002C19D2" w:rsidRPr="002C19D2" w14:paraId="277E897F" w14:textId="77777777" w:rsidTr="002448E0">
        <w:trPr>
          <w:trHeight w:val="737"/>
          <w:jc w:val="center"/>
        </w:trPr>
        <w:tc>
          <w:tcPr>
            <w:tcW w:w="2438" w:type="dxa"/>
            <w:vAlign w:val="center"/>
          </w:tcPr>
          <w:p w14:paraId="7BB6D4C9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0"/>
              </w:rPr>
              <w:t>事　業　名</w:t>
            </w:r>
          </w:p>
        </w:tc>
        <w:tc>
          <w:tcPr>
            <w:tcW w:w="6633" w:type="dxa"/>
            <w:vAlign w:val="center"/>
          </w:tcPr>
          <w:p w14:paraId="300E1669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1"/>
              </w:rPr>
            </w:pPr>
          </w:p>
        </w:tc>
      </w:tr>
      <w:tr w:rsidR="002C19D2" w:rsidRPr="002C19D2" w14:paraId="7A3B2322" w14:textId="77777777" w:rsidTr="002448E0">
        <w:trPr>
          <w:trHeight w:val="907"/>
          <w:jc w:val="center"/>
        </w:trPr>
        <w:tc>
          <w:tcPr>
            <w:tcW w:w="2438" w:type="dxa"/>
            <w:vAlign w:val="center"/>
          </w:tcPr>
          <w:p w14:paraId="3C6D8E53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0"/>
              </w:rPr>
              <w:t>事業実施場所</w:t>
            </w:r>
          </w:p>
        </w:tc>
        <w:tc>
          <w:tcPr>
            <w:tcW w:w="6633" w:type="dxa"/>
            <w:vAlign w:val="center"/>
          </w:tcPr>
          <w:p w14:paraId="51F9E10A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1"/>
              </w:rPr>
            </w:pPr>
          </w:p>
        </w:tc>
      </w:tr>
      <w:tr w:rsidR="002C19D2" w:rsidRPr="002C19D2" w14:paraId="2C728EC5" w14:textId="77777777" w:rsidTr="002448E0">
        <w:trPr>
          <w:trHeight w:val="4082"/>
          <w:jc w:val="center"/>
        </w:trPr>
        <w:tc>
          <w:tcPr>
            <w:tcW w:w="2438" w:type="dxa"/>
            <w:vAlign w:val="center"/>
          </w:tcPr>
          <w:p w14:paraId="49BFBBC6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0"/>
              </w:rPr>
              <w:t>変更内容</w:t>
            </w:r>
          </w:p>
        </w:tc>
        <w:tc>
          <w:tcPr>
            <w:tcW w:w="6633" w:type="dxa"/>
            <w:vAlign w:val="center"/>
          </w:tcPr>
          <w:p w14:paraId="5B936E79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0"/>
              </w:rPr>
            </w:pPr>
            <w:r w:rsidRPr="002C19D2">
              <w:rPr>
                <w:rFonts w:ascii="ＭＳ 明朝" w:eastAsia="ＭＳ 明朝" w:hAnsi="ＭＳ 明朝" w:hint="eastAsia"/>
                <w:sz w:val="20"/>
                <w:lang w:eastAsia="ja-JP"/>
              </w:rPr>
              <w:t>（変更前）</w:t>
            </w:r>
          </w:p>
          <w:p w14:paraId="4202061A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0"/>
              </w:rPr>
            </w:pPr>
          </w:p>
          <w:p w14:paraId="62B0EDBB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0"/>
              </w:rPr>
            </w:pPr>
          </w:p>
          <w:p w14:paraId="389D1A6B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0"/>
              </w:rPr>
            </w:pPr>
          </w:p>
          <w:p w14:paraId="7E0B3B88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0"/>
              </w:rPr>
            </w:pPr>
          </w:p>
          <w:p w14:paraId="0FF7C73F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0"/>
              </w:rPr>
            </w:pPr>
          </w:p>
          <w:p w14:paraId="2FA372A9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 w:hint="eastAsia"/>
                <w:sz w:val="20"/>
                <w:lang w:eastAsia="ja-JP"/>
              </w:rPr>
              <w:t>（変更後）</w:t>
            </w:r>
            <w:r w:rsidRPr="002C19D2">
              <w:rPr>
                <w:rFonts w:ascii="ＭＳ 明朝" w:eastAsia="ＭＳ 明朝" w:hAnsi="ＭＳ 明朝"/>
                <w:sz w:val="20"/>
              </w:rPr>
              <w:br/>
            </w:r>
            <w:r w:rsidRPr="002C19D2">
              <w:rPr>
                <w:rFonts w:ascii="ＭＳ 明朝" w:eastAsia="ＭＳ 明朝" w:hAnsi="ＭＳ 明朝"/>
                <w:sz w:val="20"/>
              </w:rPr>
              <w:br/>
            </w:r>
            <w:r w:rsidRPr="002C19D2">
              <w:rPr>
                <w:rFonts w:ascii="ＭＳ 明朝" w:eastAsia="ＭＳ 明朝" w:hAnsi="ＭＳ 明朝"/>
                <w:sz w:val="20"/>
              </w:rPr>
              <w:br/>
            </w:r>
            <w:r w:rsidRPr="002C19D2">
              <w:rPr>
                <w:rFonts w:ascii="ＭＳ 明朝" w:eastAsia="ＭＳ 明朝" w:hAnsi="ＭＳ 明朝"/>
                <w:sz w:val="20"/>
              </w:rPr>
              <w:br/>
            </w:r>
            <w:r w:rsidRPr="002C19D2">
              <w:rPr>
                <w:rFonts w:ascii="ＭＳ 明朝" w:eastAsia="ＭＳ 明朝" w:hAnsi="ＭＳ 明朝"/>
                <w:sz w:val="20"/>
              </w:rPr>
              <w:br/>
            </w:r>
            <w:r w:rsidRPr="002C19D2">
              <w:rPr>
                <w:rFonts w:ascii="ＭＳ 明朝" w:eastAsia="ＭＳ 明朝" w:hAnsi="ＭＳ 明朝"/>
                <w:sz w:val="20"/>
              </w:rPr>
              <w:br/>
            </w:r>
          </w:p>
        </w:tc>
      </w:tr>
      <w:tr w:rsidR="002C19D2" w:rsidRPr="002C19D2" w14:paraId="3C55A8DC" w14:textId="77777777" w:rsidTr="002448E0">
        <w:trPr>
          <w:trHeight w:val="907"/>
          <w:jc w:val="center"/>
        </w:trPr>
        <w:tc>
          <w:tcPr>
            <w:tcW w:w="2438" w:type="dxa"/>
            <w:vAlign w:val="center"/>
          </w:tcPr>
          <w:p w14:paraId="41DBD915" w14:textId="77777777" w:rsidR="002C19D2" w:rsidRPr="002C19D2" w:rsidRDefault="002C19D2" w:rsidP="002C19D2">
            <w:pPr>
              <w:spacing w:after="0"/>
              <w:jc w:val="center"/>
              <w:rPr>
                <w:rFonts w:ascii="ＭＳ 明朝" w:eastAsia="ＭＳ 明朝" w:hAnsi="ＭＳ 明朝"/>
                <w:sz w:val="21"/>
              </w:rPr>
            </w:pPr>
            <w:r w:rsidRPr="002C19D2">
              <w:rPr>
                <w:rFonts w:ascii="ＭＳ 明朝" w:eastAsia="ＭＳ 明朝" w:hAnsi="ＭＳ 明朝"/>
                <w:sz w:val="20"/>
              </w:rPr>
              <w:t>変更理由</w:t>
            </w:r>
          </w:p>
        </w:tc>
        <w:tc>
          <w:tcPr>
            <w:tcW w:w="6633" w:type="dxa"/>
            <w:vAlign w:val="center"/>
          </w:tcPr>
          <w:p w14:paraId="2A23D957" w14:textId="77777777" w:rsidR="002C19D2" w:rsidRPr="002C19D2" w:rsidRDefault="002C19D2" w:rsidP="002C19D2">
            <w:pPr>
              <w:spacing w:after="0"/>
              <w:rPr>
                <w:rFonts w:ascii="ＭＳ 明朝" w:eastAsia="ＭＳ 明朝" w:hAnsi="ＭＳ 明朝"/>
                <w:sz w:val="21"/>
              </w:rPr>
            </w:pPr>
          </w:p>
        </w:tc>
      </w:tr>
    </w:tbl>
    <w:p w14:paraId="3D3BD9FC" w14:textId="77777777" w:rsidR="002C19D2" w:rsidRPr="002C19D2" w:rsidRDefault="002C19D2" w:rsidP="002C19D2">
      <w:pPr>
        <w:rPr>
          <w:rFonts w:ascii="ＭＳ 明朝" w:eastAsia="ＭＳ 明朝" w:hAnsi="ＭＳ 明朝"/>
          <w:sz w:val="21"/>
        </w:rPr>
      </w:pPr>
    </w:p>
    <w:p w14:paraId="61D16CE1" w14:textId="1780ACDE" w:rsidR="00F17A32" w:rsidRDefault="00F17A32">
      <w:pPr>
        <w:rPr>
          <w:lang w:eastAsia="ja-JP"/>
        </w:rPr>
      </w:pPr>
      <w:r>
        <w:rPr>
          <w:lang w:eastAsia="ja-JP"/>
        </w:rPr>
        <w:br w:type="page"/>
      </w:r>
    </w:p>
    <w:p w14:paraId="485C3FA4" w14:textId="77777777" w:rsidR="00F17A32" w:rsidRPr="00F17A32" w:rsidRDefault="00F17A32" w:rsidP="00F17A32">
      <w:pPr>
        <w:widowControl w:val="0"/>
        <w:spacing w:after="0" w:line="240" w:lineRule="auto"/>
        <w:jc w:val="both"/>
        <w:rPr>
          <w:rFonts w:cs="Times New Roman"/>
          <w:kern w:val="2"/>
          <w:sz w:val="21"/>
          <w:lang w:eastAsia="ja-JP"/>
        </w:rPr>
      </w:pPr>
      <w:r w:rsidRPr="00F17A32">
        <w:rPr>
          <w:rFonts w:cs="Times New Roman" w:hint="eastAsia"/>
          <w:kern w:val="2"/>
          <w:sz w:val="21"/>
          <w:lang w:eastAsia="ja-JP"/>
        </w:rPr>
        <w:t xml:space="preserve">　　　　　　　　　　　　　　　</w:t>
      </w:r>
    </w:p>
    <w:p w14:paraId="16024269" w14:textId="1EDD77B3" w:rsidR="00F17A32" w:rsidRPr="00F17A32" w:rsidRDefault="00F17A32" w:rsidP="00F17A32">
      <w:pPr>
        <w:widowControl w:val="0"/>
        <w:spacing w:after="0" w:line="240" w:lineRule="auto"/>
        <w:jc w:val="both"/>
        <w:rPr>
          <w:rFonts w:cs="Times New Roman"/>
          <w:kern w:val="2"/>
          <w:sz w:val="21"/>
          <w:lang w:eastAsia="ja-JP"/>
        </w:rPr>
      </w:pPr>
      <w:r w:rsidRPr="00F17A32">
        <w:rPr>
          <w:rFonts w:cs="Times New Roman" w:hint="eastAsia"/>
          <w:kern w:val="2"/>
          <w:sz w:val="21"/>
          <w:lang w:eastAsia="ja-JP"/>
        </w:rPr>
        <w:t xml:space="preserve">　　　　　　　　　　　　　　　　　</w:t>
      </w:r>
      <w:r>
        <w:rPr>
          <w:rFonts w:cs="Times New Roman" w:hint="eastAsia"/>
          <w:kern w:val="2"/>
          <w:sz w:val="21"/>
          <w:lang w:eastAsia="ja-JP"/>
        </w:rPr>
        <w:t xml:space="preserve">　　　</w:t>
      </w:r>
      <w:r w:rsidRPr="00F17A32">
        <w:rPr>
          <w:rFonts w:cs="Times New Roman" w:hint="eastAsia"/>
          <w:kern w:val="2"/>
          <w:sz w:val="24"/>
          <w:lang w:eastAsia="ja-JP"/>
        </w:rPr>
        <w:t>議　決　証　明</w:t>
      </w:r>
    </w:p>
    <w:p w14:paraId="6FBA62B9" w14:textId="0108F455" w:rsidR="00F17A32" w:rsidRDefault="00F17A32" w:rsidP="00F17A32">
      <w:pPr>
        <w:widowControl w:val="0"/>
        <w:spacing w:after="0" w:line="240" w:lineRule="auto"/>
        <w:jc w:val="both"/>
        <w:rPr>
          <w:rFonts w:cs="Times New Roman"/>
          <w:kern w:val="2"/>
          <w:sz w:val="21"/>
          <w:lang w:eastAsia="ja-JP"/>
        </w:rPr>
      </w:pPr>
    </w:p>
    <w:p w14:paraId="4F920704" w14:textId="77777777" w:rsidR="00F17A32" w:rsidRPr="00F17A32" w:rsidRDefault="00F17A32" w:rsidP="00F17A32">
      <w:pPr>
        <w:widowControl w:val="0"/>
        <w:spacing w:after="0" w:line="240" w:lineRule="auto"/>
        <w:jc w:val="both"/>
        <w:rPr>
          <w:rFonts w:cs="Times New Roman" w:hint="eastAsia"/>
          <w:kern w:val="2"/>
          <w:sz w:val="21"/>
          <w:lang w:eastAsia="ja-JP"/>
        </w:rPr>
      </w:pPr>
    </w:p>
    <w:p w14:paraId="5C6A5655" w14:textId="77777777" w:rsidR="00F17A32" w:rsidRPr="00F17A32" w:rsidRDefault="00F17A32" w:rsidP="00F17A32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cs="Times New Roman"/>
          <w:kern w:val="2"/>
          <w:sz w:val="21"/>
          <w:lang w:eastAsia="ja-JP"/>
        </w:rPr>
      </w:pPr>
      <w:r w:rsidRPr="00F17A32">
        <w:rPr>
          <w:rFonts w:cs="Times New Roman" w:hint="eastAsia"/>
          <w:kern w:val="2"/>
          <w:sz w:val="21"/>
          <w:lang w:eastAsia="ja-JP"/>
        </w:rPr>
        <w:t>日時　　　　　　　　令和　　年　　月　　日</w:t>
      </w:r>
    </w:p>
    <w:p w14:paraId="767ECFEB" w14:textId="77777777" w:rsidR="00F17A32" w:rsidRPr="00F17A32" w:rsidRDefault="00F17A32" w:rsidP="00F17A32">
      <w:pPr>
        <w:widowControl w:val="0"/>
        <w:spacing w:after="0" w:line="240" w:lineRule="auto"/>
        <w:jc w:val="both"/>
        <w:rPr>
          <w:rFonts w:cs="Times New Roman"/>
          <w:kern w:val="2"/>
          <w:sz w:val="21"/>
          <w:lang w:eastAsia="ja-JP"/>
        </w:rPr>
      </w:pPr>
    </w:p>
    <w:p w14:paraId="79FB70CA" w14:textId="77777777" w:rsidR="00F17A32" w:rsidRPr="00F17A32" w:rsidRDefault="00F17A32" w:rsidP="00F17A32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cs="Times New Roman"/>
          <w:kern w:val="2"/>
          <w:sz w:val="21"/>
          <w:lang w:eastAsia="ja-JP"/>
        </w:rPr>
      </w:pPr>
      <w:r w:rsidRPr="00F17A32">
        <w:rPr>
          <w:rFonts w:cs="Times New Roman" w:hint="eastAsia"/>
          <w:kern w:val="2"/>
          <w:sz w:val="21"/>
          <w:lang w:eastAsia="ja-JP"/>
        </w:rPr>
        <w:t xml:space="preserve">場所　　　　　　　　</w:t>
      </w:r>
    </w:p>
    <w:p w14:paraId="3E22F07E" w14:textId="77777777" w:rsidR="00F17A32" w:rsidRPr="00F17A32" w:rsidRDefault="00F17A32" w:rsidP="00F17A32">
      <w:pPr>
        <w:widowControl w:val="0"/>
        <w:spacing w:after="0" w:line="240" w:lineRule="auto"/>
        <w:jc w:val="both"/>
        <w:rPr>
          <w:rFonts w:cs="Times New Roman"/>
          <w:kern w:val="2"/>
          <w:sz w:val="21"/>
          <w:lang w:eastAsia="ja-JP"/>
        </w:rPr>
      </w:pPr>
    </w:p>
    <w:p w14:paraId="5D70D608" w14:textId="77777777" w:rsidR="00F17A32" w:rsidRPr="00F17A32" w:rsidRDefault="00F17A32" w:rsidP="00F17A32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cs="Times New Roman"/>
          <w:kern w:val="2"/>
          <w:sz w:val="21"/>
          <w:lang w:eastAsia="ja-JP"/>
        </w:rPr>
      </w:pPr>
      <w:r w:rsidRPr="00F17A32">
        <w:rPr>
          <w:rFonts w:cs="Times New Roman" w:hint="eastAsia"/>
          <w:kern w:val="2"/>
          <w:sz w:val="21"/>
          <w:lang w:eastAsia="ja-JP"/>
        </w:rPr>
        <w:t>出席者</w:t>
      </w:r>
    </w:p>
    <w:p w14:paraId="4CCFDCF4" w14:textId="77777777" w:rsidR="00F17A32" w:rsidRPr="00F17A32" w:rsidRDefault="00F17A32" w:rsidP="00F17A32">
      <w:pPr>
        <w:widowControl w:val="0"/>
        <w:spacing w:after="0" w:line="240" w:lineRule="auto"/>
        <w:jc w:val="both"/>
        <w:rPr>
          <w:rFonts w:cs="Times New Roman"/>
          <w:kern w:val="2"/>
          <w:sz w:val="21"/>
          <w:lang w:eastAsia="ja-JP"/>
        </w:rPr>
      </w:pPr>
    </w:p>
    <w:p w14:paraId="5D5C53A2" w14:textId="77777777" w:rsidR="00F17A32" w:rsidRPr="00F17A32" w:rsidRDefault="00F17A32" w:rsidP="00F17A32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cs="Times New Roman"/>
          <w:kern w:val="2"/>
          <w:sz w:val="21"/>
          <w:lang w:eastAsia="ja-JP"/>
        </w:rPr>
      </w:pPr>
      <w:r w:rsidRPr="00F17A32">
        <w:rPr>
          <w:rFonts w:cs="Times New Roman" w:hint="eastAsia"/>
          <w:kern w:val="2"/>
          <w:sz w:val="21"/>
          <w:lang w:eastAsia="ja-JP"/>
        </w:rPr>
        <w:t>議案</w:t>
      </w:r>
    </w:p>
    <w:p w14:paraId="3A014345" w14:textId="77777777" w:rsidR="00F17A32" w:rsidRPr="00F17A32" w:rsidRDefault="00F17A32" w:rsidP="00F17A32">
      <w:pPr>
        <w:widowControl w:val="0"/>
        <w:spacing w:after="0" w:line="240" w:lineRule="auto"/>
        <w:jc w:val="both"/>
        <w:rPr>
          <w:rFonts w:cs="Times New Roman"/>
          <w:kern w:val="2"/>
          <w:sz w:val="21"/>
          <w:lang w:eastAsia="ja-JP"/>
        </w:rPr>
      </w:pPr>
    </w:p>
    <w:p w14:paraId="5D7E8A9A" w14:textId="77777777" w:rsidR="00F17A32" w:rsidRPr="00F17A32" w:rsidRDefault="00F17A32" w:rsidP="00F17A32">
      <w:pPr>
        <w:widowControl w:val="0"/>
        <w:spacing w:after="0" w:line="240" w:lineRule="auto"/>
        <w:ind w:firstLineChars="100" w:firstLine="210"/>
        <w:jc w:val="both"/>
        <w:rPr>
          <w:rFonts w:cs="Times New Roman"/>
          <w:kern w:val="2"/>
          <w:sz w:val="21"/>
          <w:lang w:eastAsia="ja-JP"/>
        </w:rPr>
      </w:pPr>
      <w:r w:rsidRPr="00F17A32">
        <w:rPr>
          <w:rFonts w:cs="Times New Roman" w:hint="eastAsia"/>
          <w:kern w:val="2"/>
          <w:sz w:val="21"/>
          <w:lang w:eastAsia="ja-JP"/>
        </w:rPr>
        <w:t>（１）事業名　市単　第　　号</w:t>
      </w:r>
    </w:p>
    <w:p w14:paraId="5A981C4C" w14:textId="77777777" w:rsidR="00F17A32" w:rsidRPr="00F17A32" w:rsidRDefault="00F17A32" w:rsidP="00F17A32">
      <w:pPr>
        <w:widowControl w:val="0"/>
        <w:spacing w:after="0" w:line="240" w:lineRule="auto"/>
        <w:jc w:val="both"/>
        <w:rPr>
          <w:rFonts w:cs="Times New Roman"/>
          <w:kern w:val="2"/>
          <w:sz w:val="21"/>
          <w:lang w:eastAsia="ja-JP"/>
        </w:rPr>
      </w:pPr>
      <w:r w:rsidRPr="00F17A32">
        <w:rPr>
          <w:rFonts w:cs="Times New Roman" w:hint="eastAsia"/>
          <w:kern w:val="2"/>
          <w:sz w:val="21"/>
          <w:lang w:eastAsia="ja-JP"/>
        </w:rPr>
        <w:t xml:space="preserve">　　　　　　　　水利施設補修等事業</w:t>
      </w:r>
    </w:p>
    <w:p w14:paraId="18826E19" w14:textId="77777777" w:rsidR="00F17A32" w:rsidRPr="00F17A32" w:rsidRDefault="00F17A32" w:rsidP="00F17A32">
      <w:pPr>
        <w:widowControl w:val="0"/>
        <w:spacing w:after="0" w:line="240" w:lineRule="auto"/>
        <w:jc w:val="both"/>
        <w:rPr>
          <w:rFonts w:cs="Times New Roman"/>
          <w:kern w:val="2"/>
          <w:sz w:val="21"/>
          <w:lang w:eastAsia="ja-JP"/>
        </w:rPr>
      </w:pPr>
    </w:p>
    <w:p w14:paraId="5EC66A6E" w14:textId="77777777" w:rsidR="00F17A32" w:rsidRPr="00F17A32" w:rsidRDefault="00F17A32" w:rsidP="00F17A32">
      <w:pPr>
        <w:widowControl w:val="0"/>
        <w:spacing w:after="0" w:line="240" w:lineRule="auto"/>
        <w:jc w:val="both"/>
        <w:rPr>
          <w:rFonts w:cs="Times New Roman"/>
          <w:kern w:val="2"/>
          <w:sz w:val="21"/>
          <w:lang w:eastAsia="ja-JP"/>
        </w:rPr>
      </w:pPr>
      <w:r w:rsidRPr="00F17A32">
        <w:rPr>
          <w:rFonts w:cs="Times New Roman" w:hint="eastAsia"/>
          <w:kern w:val="2"/>
          <w:sz w:val="21"/>
          <w:lang w:eastAsia="ja-JP"/>
        </w:rPr>
        <w:t xml:space="preserve">　</w:t>
      </w:r>
    </w:p>
    <w:p w14:paraId="7CEDE462" w14:textId="77777777" w:rsidR="00F17A32" w:rsidRPr="00F17A32" w:rsidRDefault="00F17A32" w:rsidP="00F17A32">
      <w:pPr>
        <w:widowControl w:val="0"/>
        <w:tabs>
          <w:tab w:val="center" w:pos="4357"/>
        </w:tabs>
        <w:spacing w:after="0" w:line="240" w:lineRule="auto"/>
        <w:ind w:firstLineChars="100" w:firstLine="210"/>
        <w:jc w:val="both"/>
        <w:rPr>
          <w:rFonts w:cs="Times New Roman"/>
          <w:kern w:val="2"/>
          <w:sz w:val="21"/>
          <w:lang w:eastAsia="ja-JP"/>
        </w:rPr>
      </w:pPr>
      <w:r w:rsidRPr="00F17A32">
        <w:rPr>
          <w:rFonts w:cs="Times New Roman" w:hint="eastAsia"/>
          <w:kern w:val="2"/>
          <w:sz w:val="21"/>
          <w:lang w:eastAsia="ja-JP"/>
        </w:rPr>
        <w:t>（２）事業内容</w:t>
      </w:r>
      <w:r w:rsidRPr="00F17A32">
        <w:rPr>
          <w:rFonts w:cs="Times New Roman"/>
          <w:kern w:val="2"/>
          <w:sz w:val="21"/>
          <w:lang w:eastAsia="ja-JP"/>
        </w:rPr>
        <w:tab/>
      </w:r>
    </w:p>
    <w:p w14:paraId="4D5F8F6B" w14:textId="77777777" w:rsidR="00F17A32" w:rsidRPr="00F17A32" w:rsidRDefault="00F17A32" w:rsidP="00F17A32">
      <w:pPr>
        <w:widowControl w:val="0"/>
        <w:tabs>
          <w:tab w:val="center" w:pos="4357"/>
        </w:tabs>
        <w:spacing w:after="0" w:line="240" w:lineRule="auto"/>
        <w:ind w:firstLineChars="100" w:firstLine="210"/>
        <w:jc w:val="both"/>
        <w:rPr>
          <w:rFonts w:cs="Times New Roman"/>
          <w:kern w:val="2"/>
          <w:sz w:val="21"/>
          <w:lang w:eastAsia="ja-JP"/>
        </w:rPr>
      </w:pPr>
      <w:bookmarkStart w:id="0" w:name="_GoBack"/>
      <w:bookmarkEnd w:id="0"/>
    </w:p>
    <w:p w14:paraId="660DD39C" w14:textId="77777777" w:rsidR="00F17A32" w:rsidRPr="00F17A32" w:rsidRDefault="00F17A32" w:rsidP="00F17A32">
      <w:pPr>
        <w:widowControl w:val="0"/>
        <w:spacing w:after="0" w:line="240" w:lineRule="auto"/>
        <w:jc w:val="both"/>
        <w:rPr>
          <w:rFonts w:cs="Times New Roman"/>
          <w:kern w:val="2"/>
          <w:sz w:val="21"/>
          <w:lang w:eastAsia="ja-JP"/>
        </w:rPr>
      </w:pPr>
    </w:p>
    <w:p w14:paraId="3B7BFC69" w14:textId="77777777" w:rsidR="00F17A32" w:rsidRPr="00F17A32" w:rsidRDefault="00F17A32" w:rsidP="00F17A32">
      <w:pPr>
        <w:widowControl w:val="0"/>
        <w:spacing w:after="0" w:line="240" w:lineRule="auto"/>
        <w:ind w:firstLineChars="100" w:firstLine="210"/>
        <w:jc w:val="both"/>
        <w:rPr>
          <w:rFonts w:cs="Times New Roman"/>
          <w:kern w:val="2"/>
          <w:sz w:val="21"/>
          <w:lang w:eastAsia="ja-JP"/>
        </w:rPr>
      </w:pPr>
      <w:r w:rsidRPr="00F17A32">
        <w:rPr>
          <w:rFonts w:cs="Times New Roman" w:hint="eastAsia"/>
          <w:kern w:val="2"/>
          <w:sz w:val="21"/>
          <w:lang w:eastAsia="ja-JP"/>
        </w:rPr>
        <w:t>（３）事業費　補助対象分　　　　　　　　　　　円</w:t>
      </w:r>
    </w:p>
    <w:p w14:paraId="1E8F21D6" w14:textId="77777777" w:rsidR="00F17A32" w:rsidRPr="00F17A32" w:rsidRDefault="00F17A32" w:rsidP="00F17A32">
      <w:pPr>
        <w:widowControl w:val="0"/>
        <w:spacing w:after="0" w:line="240" w:lineRule="auto"/>
        <w:jc w:val="both"/>
        <w:rPr>
          <w:rFonts w:cs="Times New Roman"/>
          <w:kern w:val="2"/>
          <w:sz w:val="21"/>
          <w:lang w:eastAsia="ja-JP"/>
        </w:rPr>
      </w:pPr>
    </w:p>
    <w:p w14:paraId="7411D279" w14:textId="77777777" w:rsidR="00F17A32" w:rsidRPr="00F17A32" w:rsidRDefault="00F17A32" w:rsidP="00F17A32">
      <w:pPr>
        <w:widowControl w:val="0"/>
        <w:spacing w:after="0" w:line="240" w:lineRule="auto"/>
        <w:jc w:val="both"/>
        <w:rPr>
          <w:rFonts w:cs="Times New Roman"/>
          <w:kern w:val="2"/>
          <w:sz w:val="21"/>
          <w:lang w:eastAsia="ja-JP"/>
        </w:rPr>
      </w:pPr>
      <w:r w:rsidRPr="00F17A32">
        <w:rPr>
          <w:rFonts w:cs="Times New Roman" w:hint="eastAsia"/>
          <w:kern w:val="2"/>
          <w:sz w:val="21"/>
          <w:lang w:eastAsia="ja-JP"/>
        </w:rPr>
        <w:t>上記の事項を令和　　年　　月　　日に議決されたことを証明する。</w:t>
      </w:r>
    </w:p>
    <w:p w14:paraId="6AC473F3" w14:textId="77777777" w:rsidR="00F17A32" w:rsidRPr="00F17A32" w:rsidRDefault="00F17A32" w:rsidP="00F17A32">
      <w:pPr>
        <w:widowControl w:val="0"/>
        <w:spacing w:after="0" w:line="240" w:lineRule="auto"/>
        <w:jc w:val="both"/>
        <w:rPr>
          <w:rFonts w:cs="Times New Roman"/>
          <w:kern w:val="2"/>
          <w:sz w:val="21"/>
          <w:lang w:eastAsia="ja-JP"/>
        </w:rPr>
      </w:pPr>
    </w:p>
    <w:p w14:paraId="0DA12532" w14:textId="77777777" w:rsidR="00F17A32" w:rsidRPr="00F17A32" w:rsidRDefault="00F17A32" w:rsidP="00F17A32">
      <w:pPr>
        <w:widowControl w:val="0"/>
        <w:spacing w:after="0" w:line="240" w:lineRule="auto"/>
        <w:jc w:val="both"/>
        <w:rPr>
          <w:rFonts w:cs="Times New Roman"/>
          <w:kern w:val="2"/>
          <w:sz w:val="21"/>
          <w:lang w:eastAsia="ja-JP"/>
        </w:rPr>
      </w:pPr>
    </w:p>
    <w:p w14:paraId="7A1CA2A3" w14:textId="77777777" w:rsidR="00F17A32" w:rsidRPr="00F17A32" w:rsidRDefault="00F17A32" w:rsidP="00F17A32">
      <w:pPr>
        <w:widowControl w:val="0"/>
        <w:spacing w:after="0" w:line="240" w:lineRule="auto"/>
        <w:jc w:val="both"/>
        <w:rPr>
          <w:rFonts w:cs="Times New Roman"/>
          <w:kern w:val="2"/>
          <w:sz w:val="21"/>
          <w:lang w:eastAsia="ja-JP"/>
        </w:rPr>
      </w:pPr>
      <w:r w:rsidRPr="00F17A32">
        <w:rPr>
          <w:rFonts w:cs="Times New Roman" w:hint="eastAsia"/>
          <w:kern w:val="2"/>
          <w:sz w:val="21"/>
          <w:lang w:eastAsia="ja-JP"/>
        </w:rPr>
        <w:t>令和　　年　　月　　日</w:t>
      </w:r>
    </w:p>
    <w:p w14:paraId="37983F40" w14:textId="77777777" w:rsidR="00F17A32" w:rsidRPr="00F17A32" w:rsidRDefault="00F17A32" w:rsidP="00F17A32">
      <w:pPr>
        <w:widowControl w:val="0"/>
        <w:spacing w:after="0" w:line="240" w:lineRule="auto"/>
        <w:jc w:val="both"/>
        <w:rPr>
          <w:rFonts w:cs="Times New Roman"/>
          <w:kern w:val="2"/>
          <w:sz w:val="21"/>
          <w:lang w:eastAsia="ja-JP"/>
        </w:rPr>
      </w:pPr>
    </w:p>
    <w:p w14:paraId="66BF53CA" w14:textId="77777777" w:rsidR="00F17A32" w:rsidRPr="00F17A32" w:rsidRDefault="00F17A32" w:rsidP="00F17A32">
      <w:pPr>
        <w:widowControl w:val="0"/>
        <w:spacing w:after="0" w:line="240" w:lineRule="auto"/>
        <w:jc w:val="both"/>
        <w:rPr>
          <w:rFonts w:cs="Times New Roman"/>
          <w:kern w:val="2"/>
          <w:sz w:val="18"/>
          <w:lang w:eastAsia="ja-JP"/>
        </w:rPr>
      </w:pPr>
      <w:r w:rsidRPr="00F17A32">
        <w:rPr>
          <w:rFonts w:cs="Times New Roman" w:hint="eastAsia"/>
          <w:kern w:val="2"/>
          <w:sz w:val="21"/>
          <w:lang w:eastAsia="ja-JP"/>
        </w:rPr>
        <w:t xml:space="preserve">　　　　　　　　　　　　　　　　　氏名</w:t>
      </w:r>
      <w:r w:rsidRPr="00F17A32">
        <w:rPr>
          <w:rFonts w:cs="Times New Roman" w:hint="eastAsia"/>
          <w:kern w:val="2"/>
          <w:sz w:val="18"/>
          <w:lang w:eastAsia="ja-JP"/>
        </w:rPr>
        <w:t>（法人その他の団体にあっては、名称及び代表者の氏名）</w:t>
      </w:r>
    </w:p>
    <w:p w14:paraId="54FE488B" w14:textId="35C7B0D9" w:rsidR="00F17A32" w:rsidRPr="00F17A32" w:rsidRDefault="00F17A32" w:rsidP="00F17A32">
      <w:pPr>
        <w:widowControl w:val="0"/>
        <w:spacing w:after="0" w:line="240" w:lineRule="auto"/>
        <w:jc w:val="both"/>
        <w:rPr>
          <w:rFonts w:cs="Times New Roman"/>
          <w:kern w:val="2"/>
          <w:sz w:val="21"/>
          <w:u w:val="single"/>
          <w:lang w:eastAsia="ja-JP"/>
        </w:rPr>
      </w:pPr>
      <w:r w:rsidRPr="00F17A32">
        <w:rPr>
          <w:rFonts w:cs="Times New Roman" w:hint="eastAsia"/>
          <w:noProof/>
          <w:kern w:val="2"/>
          <w:sz w:val="21"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39D900" wp14:editId="335F605F">
                <wp:simplePos x="0" y="0"/>
                <wp:positionH relativeFrom="rightMargin">
                  <wp:posOffset>-965007</wp:posOffset>
                </wp:positionH>
                <wp:positionV relativeFrom="paragraph">
                  <wp:posOffset>62010</wp:posOffset>
                </wp:positionV>
                <wp:extent cx="410845" cy="312516"/>
                <wp:effectExtent l="0" t="0" r="8255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845" cy="31251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667FDD" w14:textId="77777777" w:rsidR="00F17A32" w:rsidRDefault="00F17A32" w:rsidP="00F17A32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  <w:p w14:paraId="2143FD61" w14:textId="77777777" w:rsidR="00F17A32" w:rsidRDefault="00F17A32" w:rsidP="00F17A3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39D90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-76pt;margin-top:4.9pt;width:32.35pt;height:24.6pt;z-index:251659264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" fillcolor="window" stroked="f" strokeweight=".5pt">
                <v:textbox>
                  <w:txbxContent>
                    <w:p w14:paraId="32667FDD" w14:textId="77777777" w:rsidR="00F17A32" w:rsidRDefault="00F17A32" w:rsidP="00F17A32">
                      <w:r>
                        <w:rPr>
                          <w:rFonts w:hint="eastAsia"/>
                        </w:rPr>
                        <w:t>印</w:t>
                      </w:r>
                    </w:p>
                    <w:p w14:paraId="2143FD61" w14:textId="77777777" w:rsidR="00F17A32" w:rsidRDefault="00F17A32" w:rsidP="00F17A32"/>
                  </w:txbxContent>
                </v:textbox>
                <w10:wrap anchorx="margin"/>
              </v:shape>
            </w:pict>
          </mc:Fallback>
        </mc:AlternateContent>
      </w:r>
      <w:r w:rsidRPr="00F17A32">
        <w:rPr>
          <w:rFonts w:cs="Times New Roman" w:hint="eastAsia"/>
          <w:noProof/>
          <w:kern w:val="2"/>
          <w:sz w:val="21"/>
          <w:lang w:eastAsia="ja-JP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A31E65F" wp14:editId="08E17AFD">
                <wp:simplePos x="0" y="0"/>
                <wp:positionH relativeFrom="column">
                  <wp:posOffset>2264515</wp:posOffset>
                </wp:positionH>
                <wp:positionV relativeFrom="paragraph">
                  <wp:posOffset>387401</wp:posOffset>
                </wp:positionV>
                <wp:extent cx="3287368" cy="9080"/>
                <wp:effectExtent l="0" t="0" r="27940" b="2921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87368" cy="908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E210C9A" id="直線コネクタ 1" o:spid="_x0000_s1026" style="position:absolute;left:0;text-align:left;flip:y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8.3pt,30.5pt" to="437.15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" strokecolor="windowText" strokeweight=".5pt">
                <v:stroke joinstyle="miter"/>
              </v:line>
            </w:pict>
          </mc:Fallback>
        </mc:AlternateContent>
      </w:r>
      <w:r w:rsidRPr="00F17A32">
        <w:rPr>
          <w:rFonts w:cs="Times New Roman" w:hint="eastAsia"/>
          <w:kern w:val="2"/>
          <w:sz w:val="21"/>
          <w:lang w:eastAsia="ja-JP"/>
        </w:rPr>
        <w:t xml:space="preserve">　　　　　　　　　　　　　　</w:t>
      </w:r>
    </w:p>
    <w:p w14:paraId="3E748AE7" w14:textId="77777777" w:rsidR="00623A9C" w:rsidRPr="00F17A32" w:rsidRDefault="00623A9C">
      <w:pPr>
        <w:rPr>
          <w:lang w:eastAsia="ja-JP"/>
        </w:rPr>
      </w:pPr>
    </w:p>
    <w:sectPr w:rsidR="00623A9C" w:rsidRPr="00F17A32" w:rsidSect="00034616">
      <w:pgSz w:w="11906" w:h="16838"/>
      <w:pgMar w:top="964" w:right="1134" w:bottom="79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F8F815" w14:textId="77777777" w:rsidR="00623A9C" w:rsidRDefault="00623A9C" w:rsidP="00623A9C">
      <w:pPr>
        <w:spacing w:after="0" w:line="240" w:lineRule="auto"/>
      </w:pPr>
      <w:r>
        <w:separator/>
      </w:r>
    </w:p>
  </w:endnote>
  <w:endnote w:type="continuationSeparator" w:id="0">
    <w:p w14:paraId="55D65493" w14:textId="77777777" w:rsidR="00623A9C" w:rsidRDefault="00623A9C" w:rsidP="00623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C0C4CB" w14:textId="77777777" w:rsidR="00623A9C" w:rsidRDefault="00623A9C" w:rsidP="00623A9C">
      <w:pPr>
        <w:spacing w:after="0" w:line="240" w:lineRule="auto"/>
      </w:pPr>
      <w:r>
        <w:separator/>
      </w:r>
    </w:p>
  </w:footnote>
  <w:footnote w:type="continuationSeparator" w:id="0">
    <w:p w14:paraId="40813B6C" w14:textId="77777777" w:rsidR="00623A9C" w:rsidRDefault="00623A9C" w:rsidP="00623A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B0748CC"/>
    <w:multiLevelType w:val="hybridMultilevel"/>
    <w:tmpl w:val="4D10C1F4"/>
    <w:lvl w:ilvl="0" w:tplc="ADAC4E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720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0032B"/>
    <w:rsid w:val="0015074B"/>
    <w:rsid w:val="0029639D"/>
    <w:rsid w:val="002A70C6"/>
    <w:rsid w:val="002C19D2"/>
    <w:rsid w:val="00326F90"/>
    <w:rsid w:val="005B4C81"/>
    <w:rsid w:val="00623A9C"/>
    <w:rsid w:val="00767353"/>
    <w:rsid w:val="00941809"/>
    <w:rsid w:val="00AA1D8D"/>
    <w:rsid w:val="00B03406"/>
    <w:rsid w:val="00B47730"/>
    <w:rsid w:val="00CB0664"/>
    <w:rsid w:val="00D93448"/>
    <w:rsid w:val="00F17A32"/>
    <w:rsid w:val="00F5202F"/>
    <w:rsid w:val="00F84CF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DD6BADF"/>
  <w14:defaultImageDpi w14:val="300"/>
  <w15:docId w15:val="{B6240A09-DAD6-4360-B142-B6E6E7D26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游明朝" w:eastAsia="游明朝" w:hAnsi="游明朝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11</Pages>
  <Words>509</Words>
  <Characters>2907</Characters>
  <Application>Microsoft Office Word</Application>
  <DocSecurity>0</DocSecurity>
  <Lines>24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Windows ユーザー</cp:lastModifiedBy>
  <cp:revision>8</cp:revision>
  <dcterms:created xsi:type="dcterms:W3CDTF">2013-12-23T23:15:00Z</dcterms:created>
  <dcterms:modified xsi:type="dcterms:W3CDTF">2026-09-28T02:08:00Z</dcterms:modified>
  <cp:category/>
</cp:coreProperties>
</file>